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CCEB" w14:textId="77777777" w:rsidR="000740D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717A46CB" wp14:editId="7AFACEB5">
            <wp:extent cx="6629400" cy="9944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FINALE(1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C4928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50"/>
          <w:lang w:val="it-IT"/>
        </w:rPr>
        <w:lastRenderedPageBreak/>
        <w:t>IO E IL MIO CORPO</w:t>
      </w:r>
    </w:p>
    <w:p w14:paraId="367F720D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44"/>
          <w:lang w:val="it-IT"/>
        </w:rPr>
        <w:t>DALLA TESTA AI PIEDI</w:t>
      </w:r>
    </w:p>
    <w:p w14:paraId="5247337D" w14:textId="77777777" w:rsidR="000740D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02D8E46D" wp14:editId="55BFE803">
            <wp:extent cx="3657600" cy="5486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FINALE(1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75"/>
        <w:gridCol w:w="2675"/>
        <w:gridCol w:w="2675"/>
        <w:gridCol w:w="2675"/>
      </w:tblGrid>
      <w:tr w:rsidR="000740DD" w14:paraId="62DA8127" w14:textId="77777777">
        <w:trPr>
          <w:trHeight w:hRule="exact" w:val="1080"/>
        </w:trPr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108F294A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SCOPRO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5F2FBE6B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ASCOLTO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45A8F419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GIOCO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D8"/>
          </w:tcPr>
          <w:p w14:paraId="7DA94C21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IMPARO</w:t>
            </w:r>
          </w:p>
        </w:tc>
      </w:tr>
    </w:tbl>
    <w:p w14:paraId="7399960C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34"/>
          <w:lang w:val="it-IT"/>
        </w:rPr>
        <w:t>CON LUMI SCOPRO IL MIO CORPO.</w:t>
      </w:r>
    </w:p>
    <w:p w14:paraId="661E453D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2F73B7"/>
          <w:lang w:val="it-IT"/>
        </w:rPr>
        <w:t>LO GUARDO · LO ASCOLTO · LO MUOVO · LO CONOSCO</w:t>
      </w:r>
    </w:p>
    <w:p w14:paraId="3253312B" w14:textId="77777777" w:rsidR="000740DD" w:rsidRDefault="00000000">
      <w:pPr>
        <w:spacing w:after="80"/>
        <w:jc w:val="center"/>
      </w:pPr>
      <w:r>
        <w:rPr>
          <w:b/>
          <w:color w:val="E38A20"/>
          <w:sz w:val="34"/>
        </w:rPr>
        <w:t>PRONTI? PARTIAMO!</w:t>
      </w:r>
    </w:p>
    <w:p w14:paraId="3C9209B3" w14:textId="77777777" w:rsidR="000740DD" w:rsidRDefault="00000000">
      <w:r>
        <w:br w:type="page"/>
      </w:r>
    </w:p>
    <w:p w14:paraId="498AF204" w14:textId="77777777" w:rsidR="000740DD" w:rsidRDefault="000740DD">
      <w:pPr>
        <w:spacing w:after="0" w:line="360" w:lineRule="exact"/>
      </w:pPr>
    </w:p>
    <w:p w14:paraId="5FF06822" w14:textId="77777777" w:rsidR="00C70A75" w:rsidRDefault="00C70A75">
      <w:pPr>
        <w:spacing w:after="0" w:line="360" w:lineRule="exact"/>
      </w:pPr>
    </w:p>
    <w:p w14:paraId="0833403F" w14:textId="77777777" w:rsidR="00C70A75" w:rsidRDefault="00C70A75">
      <w:pPr>
        <w:spacing w:after="0" w:line="360" w:lineRule="exac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14:paraId="4FAC2DF6" w14:textId="77777777">
        <w:trPr>
          <w:trHeight w:hRule="exact" w:val="792"/>
        </w:trPr>
        <w:tc>
          <w:tcPr>
            <w:tcW w:w="10699" w:type="dxa"/>
            <w:tcBorders>
              <w:top w:val="single" w:sz="12" w:space="0" w:color="4D99D8"/>
              <w:left w:val="single" w:sz="12" w:space="0" w:color="4D99D8"/>
              <w:bottom w:val="single" w:sz="12" w:space="0" w:color="4D99D8"/>
              <w:right w:val="single" w:sz="12" w:space="0" w:color="4D99D8"/>
            </w:tcBorders>
            <w:shd w:val="clear" w:color="auto" w:fill="EAF5FF"/>
            <w:vAlign w:val="center"/>
          </w:tcPr>
          <w:p w14:paraId="7273630F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36"/>
              </w:rPr>
              <w:t>1. SCOPRO IL MIO CORPO</w:t>
            </w:r>
          </w:p>
        </w:tc>
      </w:tr>
    </w:tbl>
    <w:p w14:paraId="1B6C056B" w14:textId="77777777" w:rsidR="000740DD" w:rsidRDefault="000740DD">
      <w:pPr>
        <w:spacing w:after="0" w:line="1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9"/>
        <w:gridCol w:w="5349"/>
      </w:tblGrid>
      <w:tr w:rsidR="000740DD" w14:paraId="48B4D770" w14:textId="77777777">
        <w:trPr>
          <w:trHeight w:hRule="exact" w:val="835"/>
        </w:trPr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A18A58D" w14:textId="77777777" w:rsidR="000740DD" w:rsidRDefault="00000000">
            <w:r>
              <w:rPr>
                <w:b/>
                <w:color w:val="0B4F9C"/>
                <w:sz w:val="21"/>
              </w:rPr>
              <w:t>NOME: __________________________________</w:t>
            </w:r>
          </w:p>
        </w:tc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E93D73B" w14:textId="77777777" w:rsidR="000740DD" w:rsidRDefault="00000000">
            <w:r>
              <w:rPr>
                <w:b/>
                <w:color w:val="0B4F9C"/>
                <w:sz w:val="21"/>
              </w:rPr>
              <w:t>DATA: ____ / ____ / __________</w:t>
            </w:r>
          </w:p>
        </w:tc>
      </w:tr>
    </w:tbl>
    <w:p w14:paraId="5CB9B7D5" w14:textId="77777777" w:rsidR="000740DD" w:rsidRDefault="000740DD">
      <w:pPr>
        <w:spacing w:after="0" w:line="520" w:lineRule="exact"/>
      </w:pPr>
    </w:p>
    <w:p w14:paraId="5BCE3F8B" w14:textId="77777777" w:rsidR="000740D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3E34A0B2" wp14:editId="0405A2D6">
            <wp:extent cx="4251960" cy="530834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530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40"/>
        <w:gridCol w:w="2140"/>
        <w:gridCol w:w="2140"/>
        <w:gridCol w:w="2140"/>
        <w:gridCol w:w="2140"/>
      </w:tblGrid>
      <w:tr w:rsidR="000740DD" w14:paraId="60820C53" w14:textId="77777777">
        <w:trPr>
          <w:trHeight w:hRule="exact" w:val="1037"/>
        </w:trPr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1268972F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TESTA</w:t>
            </w:r>
          </w:p>
        </w:tc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517C97D3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BRACCIA</w:t>
            </w:r>
          </w:p>
        </w:tc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33D96ADF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MANI</w:t>
            </w:r>
          </w:p>
        </w:tc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D8"/>
          </w:tcPr>
          <w:p w14:paraId="36E5B219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GAMBE</w:t>
            </w:r>
          </w:p>
        </w:tc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F0"/>
          </w:tcPr>
          <w:p w14:paraId="24EE2EB1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PIEDI</w:t>
            </w:r>
          </w:p>
        </w:tc>
      </w:tr>
      <w:tr w:rsidR="000740DD" w:rsidRPr="00C70A75" w14:paraId="71245376" w14:textId="77777777">
        <w:trPr>
          <w:trHeight w:hRule="exact" w:val="936"/>
        </w:trPr>
        <w:tc>
          <w:tcPr>
            <w:tcW w:w="10699" w:type="dxa"/>
            <w:gridSpan w:val="5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781FA5B0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24"/>
                <w:lang w:val="it-IT"/>
              </w:rPr>
              <w:t>COLORA LUMI. POI TOCCA SUL TUO CORPO LE PARTI CHE RICONOSCI.</w:t>
            </w:r>
          </w:p>
        </w:tc>
      </w:tr>
    </w:tbl>
    <w:p w14:paraId="19A2BFE5" w14:textId="77777777" w:rsidR="000740DD" w:rsidRPr="00C70A75" w:rsidRDefault="00000000">
      <w:pPr>
        <w:rPr>
          <w:lang w:val="it-IT"/>
        </w:rPr>
      </w:pPr>
      <w:r w:rsidRPr="00C70A75">
        <w:rPr>
          <w:lang w:val="it-IT"/>
        </w:rPr>
        <w:br w:type="page"/>
      </w:r>
    </w:p>
    <w:p w14:paraId="13A86892" w14:textId="77777777" w:rsidR="000740DD" w:rsidRDefault="000740DD">
      <w:pPr>
        <w:spacing w:after="0" w:line="360" w:lineRule="exact"/>
        <w:rPr>
          <w:lang w:val="it-IT"/>
        </w:rPr>
      </w:pPr>
    </w:p>
    <w:p w14:paraId="40C4A36D" w14:textId="77777777" w:rsidR="00C70A75" w:rsidRDefault="00C70A75">
      <w:pPr>
        <w:spacing w:after="0" w:line="360" w:lineRule="exact"/>
        <w:rPr>
          <w:lang w:val="it-IT"/>
        </w:rPr>
      </w:pPr>
    </w:p>
    <w:p w14:paraId="6B110384" w14:textId="77777777" w:rsidR="00C70A75" w:rsidRPr="00C70A75" w:rsidRDefault="00C70A75">
      <w:pPr>
        <w:spacing w:after="0" w:line="360" w:lineRule="exact"/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:rsidRPr="00C70A75" w14:paraId="747927D2" w14:textId="77777777">
        <w:trPr>
          <w:trHeight w:hRule="exact" w:val="792"/>
        </w:trPr>
        <w:tc>
          <w:tcPr>
            <w:tcW w:w="10699" w:type="dxa"/>
            <w:tcBorders>
              <w:top w:val="single" w:sz="12" w:space="0" w:color="4D99D8"/>
              <w:left w:val="single" w:sz="12" w:space="0" w:color="4D99D8"/>
              <w:bottom w:val="single" w:sz="12" w:space="0" w:color="4D99D8"/>
              <w:right w:val="single" w:sz="12" w:space="0" w:color="4D99D8"/>
            </w:tcBorders>
            <w:shd w:val="clear" w:color="auto" w:fill="EAF5FF"/>
            <w:vAlign w:val="center"/>
          </w:tcPr>
          <w:p w14:paraId="3EC05B3E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36"/>
                <w:lang w:val="it-IT"/>
              </w:rPr>
              <w:t>2. DOVE SONO LE PARTI DEL MIO CORPO?</w:t>
            </w:r>
          </w:p>
        </w:tc>
      </w:tr>
    </w:tbl>
    <w:p w14:paraId="66F99C5F" w14:textId="77777777" w:rsidR="000740DD" w:rsidRPr="00C70A75" w:rsidRDefault="000740DD">
      <w:pPr>
        <w:spacing w:after="0" w:line="160" w:lineRule="exact"/>
        <w:rPr>
          <w:lang w:val="it-I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9"/>
        <w:gridCol w:w="5349"/>
      </w:tblGrid>
      <w:tr w:rsidR="000740DD" w14:paraId="505019CC" w14:textId="77777777">
        <w:trPr>
          <w:trHeight w:hRule="exact" w:val="835"/>
        </w:trPr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0F0D6BC" w14:textId="77777777" w:rsidR="000740DD" w:rsidRDefault="00000000">
            <w:r>
              <w:rPr>
                <w:b/>
                <w:color w:val="0B4F9C"/>
                <w:sz w:val="21"/>
              </w:rPr>
              <w:t>NOME: __________________________________</w:t>
            </w:r>
          </w:p>
        </w:tc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26AA532" w14:textId="77777777" w:rsidR="000740DD" w:rsidRDefault="00000000">
            <w:r>
              <w:rPr>
                <w:b/>
                <w:color w:val="0B4F9C"/>
                <w:sz w:val="21"/>
              </w:rPr>
              <w:t>DATA: ____ / ____ / __________</w:t>
            </w:r>
          </w:p>
        </w:tc>
      </w:tr>
    </w:tbl>
    <w:p w14:paraId="2BFA8E84" w14:textId="77777777" w:rsidR="000740DD" w:rsidRDefault="000740DD">
      <w:pPr>
        <w:spacing w:after="0" w:line="520" w:lineRule="exact"/>
      </w:pPr>
    </w:p>
    <w:p w14:paraId="463A1B8B" w14:textId="77777777" w:rsidR="000740D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67449ADF" wp14:editId="4DF64084">
            <wp:extent cx="5486400" cy="676543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75"/>
        <w:gridCol w:w="2675"/>
        <w:gridCol w:w="2675"/>
        <w:gridCol w:w="2675"/>
      </w:tblGrid>
      <w:tr w:rsidR="000740DD" w14:paraId="7A9C2835" w14:textId="77777777">
        <w:trPr>
          <w:trHeight w:hRule="exact" w:val="1037"/>
        </w:trPr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3E3F892D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TESTA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267E497C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BRACCIA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55D5CE1F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MANI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D8"/>
          </w:tcPr>
          <w:p w14:paraId="06515E52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GAMBE</w:t>
            </w:r>
          </w:p>
        </w:tc>
      </w:tr>
      <w:tr w:rsidR="000740DD" w:rsidRPr="00C70A75" w14:paraId="7258BE0C" w14:textId="77777777">
        <w:trPr>
          <w:trHeight w:hRule="exact" w:val="936"/>
        </w:trPr>
        <w:tc>
          <w:tcPr>
            <w:tcW w:w="10699" w:type="dxa"/>
            <w:gridSpan w:val="4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53BF70D7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24"/>
                <w:lang w:val="it-IT"/>
              </w:rPr>
              <w:lastRenderedPageBreak/>
              <w:t>INDICA LE PARTI SULL'IMMAGINE. POI CERCHIA LA PAROLA CHE NOMINA L'INSEGNANTE.</w:t>
            </w:r>
          </w:p>
        </w:tc>
      </w:tr>
    </w:tbl>
    <w:p w14:paraId="6F555484" w14:textId="77777777" w:rsidR="00C70A75" w:rsidRPr="00C70A75" w:rsidRDefault="00C70A75" w:rsidP="00C70A75">
      <w:pPr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14:paraId="1BF417DD" w14:textId="77777777">
        <w:trPr>
          <w:trHeight w:hRule="exact" w:val="792"/>
        </w:trPr>
        <w:tc>
          <w:tcPr>
            <w:tcW w:w="10699" w:type="dxa"/>
            <w:tcBorders>
              <w:top w:val="single" w:sz="12" w:space="0" w:color="4D99D8"/>
              <w:left w:val="single" w:sz="12" w:space="0" w:color="4D99D8"/>
              <w:bottom w:val="single" w:sz="12" w:space="0" w:color="4D99D8"/>
              <w:right w:val="single" w:sz="12" w:space="0" w:color="4D99D8"/>
            </w:tcBorders>
            <w:shd w:val="clear" w:color="auto" w:fill="EAF5FF"/>
            <w:vAlign w:val="center"/>
          </w:tcPr>
          <w:p w14:paraId="70698A86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36"/>
              </w:rPr>
              <w:t>3. GUARDO, ASCOLTO, RESPIRO, CANTO</w:t>
            </w:r>
          </w:p>
        </w:tc>
      </w:tr>
    </w:tbl>
    <w:p w14:paraId="7E444363" w14:textId="77777777" w:rsidR="000740DD" w:rsidRDefault="000740DD">
      <w:pPr>
        <w:spacing w:after="0" w:line="1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9"/>
        <w:gridCol w:w="5349"/>
      </w:tblGrid>
      <w:tr w:rsidR="000740DD" w14:paraId="7D3A10A4" w14:textId="77777777">
        <w:trPr>
          <w:trHeight w:hRule="exact" w:val="835"/>
        </w:trPr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BDA1F75" w14:textId="77777777" w:rsidR="000740DD" w:rsidRDefault="00000000">
            <w:r>
              <w:rPr>
                <w:b/>
                <w:color w:val="0B4F9C"/>
                <w:sz w:val="21"/>
              </w:rPr>
              <w:t>NOME: __________________________________</w:t>
            </w:r>
          </w:p>
        </w:tc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9F593F6" w14:textId="77777777" w:rsidR="000740DD" w:rsidRDefault="00000000">
            <w:r>
              <w:rPr>
                <w:b/>
                <w:color w:val="0B4F9C"/>
                <w:sz w:val="21"/>
              </w:rPr>
              <w:t>DATA: ____ / ____ / __________</w:t>
            </w:r>
          </w:p>
        </w:tc>
      </w:tr>
    </w:tbl>
    <w:p w14:paraId="379D6056" w14:textId="77777777" w:rsidR="000740DD" w:rsidRDefault="000740DD">
      <w:pPr>
        <w:spacing w:after="0" w:line="520" w:lineRule="exac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9"/>
        <w:gridCol w:w="5349"/>
      </w:tblGrid>
      <w:tr w:rsidR="000740DD" w14:paraId="569C6F12" w14:textId="77777777">
        <w:trPr>
          <w:trHeight w:hRule="exact" w:val="2088"/>
        </w:trPr>
        <w:tc>
          <w:tcPr>
            <w:tcW w:w="5349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2B85875B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40"/>
              </w:rPr>
              <w:t>OCCHI</w:t>
            </w:r>
            <w:r>
              <w:rPr>
                <w:b/>
                <w:color w:val="0B4F9C"/>
                <w:sz w:val="40"/>
              </w:rPr>
              <w:br/>
              <w:t>GUARDO</w:t>
            </w:r>
          </w:p>
        </w:tc>
        <w:tc>
          <w:tcPr>
            <w:tcW w:w="5349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3CA665CE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40"/>
              </w:rPr>
              <w:t>ORECCHIE</w:t>
            </w:r>
            <w:r>
              <w:rPr>
                <w:b/>
                <w:color w:val="0B4F9C"/>
                <w:sz w:val="40"/>
              </w:rPr>
              <w:br/>
              <w:t>ASCOLTO</w:t>
            </w:r>
          </w:p>
        </w:tc>
      </w:tr>
      <w:tr w:rsidR="000740DD" w14:paraId="5CD80294" w14:textId="77777777">
        <w:trPr>
          <w:trHeight w:hRule="exact" w:val="2088"/>
        </w:trPr>
        <w:tc>
          <w:tcPr>
            <w:tcW w:w="5349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4A5DDA35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40"/>
              </w:rPr>
              <w:t>NASO</w:t>
            </w:r>
            <w:r>
              <w:rPr>
                <w:b/>
                <w:color w:val="0B4F9C"/>
                <w:sz w:val="40"/>
              </w:rPr>
              <w:br/>
              <w:t>RESPIRO</w:t>
            </w:r>
          </w:p>
        </w:tc>
        <w:tc>
          <w:tcPr>
            <w:tcW w:w="5349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F0"/>
          </w:tcPr>
          <w:p w14:paraId="0D8906D6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40"/>
              </w:rPr>
              <w:t>BOCCA</w:t>
            </w:r>
            <w:r>
              <w:rPr>
                <w:b/>
                <w:color w:val="0B4F9C"/>
                <w:sz w:val="40"/>
              </w:rPr>
              <w:br/>
              <w:t>CANTO</w:t>
            </w:r>
          </w:p>
        </w:tc>
      </w:tr>
    </w:tbl>
    <w:p w14:paraId="65E7C280" w14:textId="77777777" w:rsidR="000740DD" w:rsidRDefault="00000000">
      <w:pPr>
        <w:spacing w:after="80"/>
        <w:jc w:val="center"/>
      </w:pPr>
      <w:r>
        <w:rPr>
          <w:b/>
          <w:color w:val="E38A20"/>
          <w:sz w:val="34"/>
        </w:rPr>
        <w:t>FACCIAMO INSIEME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9"/>
        <w:gridCol w:w="5350"/>
      </w:tblGrid>
      <w:tr w:rsidR="000740DD" w:rsidRPr="00C70A75" w14:paraId="6149DE0F" w14:textId="77777777">
        <w:trPr>
          <w:trHeight w:hRule="exact" w:val="1800"/>
        </w:trPr>
        <w:tc>
          <w:tcPr>
            <w:tcW w:w="5349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8FBFE"/>
          </w:tcPr>
          <w:p w14:paraId="071DA76F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26"/>
                <w:lang w:val="it-IT"/>
              </w:rPr>
              <w:t>GUARDA IN ALTO</w:t>
            </w:r>
            <w:r w:rsidRPr="00C70A75">
              <w:rPr>
                <w:b/>
                <w:color w:val="0B4F9C"/>
                <w:sz w:val="26"/>
                <w:lang w:val="it-IT"/>
              </w:rPr>
              <w:br/>
              <w:t>E POI IN BASSO</w:t>
            </w:r>
          </w:p>
        </w:tc>
        <w:tc>
          <w:tcPr>
            <w:tcW w:w="5349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8FBFE"/>
          </w:tcPr>
          <w:p w14:paraId="17ACF544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26"/>
                <w:lang w:val="it-IT"/>
              </w:rPr>
              <w:t>CHIUDI GLI OCCHI</w:t>
            </w:r>
            <w:r w:rsidRPr="00C70A75">
              <w:rPr>
                <w:b/>
                <w:color w:val="0B4F9C"/>
                <w:sz w:val="26"/>
                <w:lang w:val="it-IT"/>
              </w:rPr>
              <w:br/>
              <w:t>E ASCOLTA</w:t>
            </w:r>
          </w:p>
        </w:tc>
      </w:tr>
      <w:tr w:rsidR="000740DD" w:rsidRPr="00C70A75" w14:paraId="4B42E23C" w14:textId="77777777">
        <w:trPr>
          <w:trHeight w:hRule="exact" w:val="1800"/>
        </w:trPr>
        <w:tc>
          <w:tcPr>
            <w:tcW w:w="5349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8FBFE"/>
          </w:tcPr>
          <w:p w14:paraId="69D8D3AB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6"/>
              </w:rPr>
              <w:t>FAI UN RESPIRO</w:t>
            </w:r>
            <w:r>
              <w:rPr>
                <w:b/>
                <w:color w:val="0B4F9C"/>
                <w:sz w:val="26"/>
              </w:rPr>
              <w:br/>
              <w:t>LENTO</w:t>
            </w:r>
          </w:p>
        </w:tc>
        <w:tc>
          <w:tcPr>
            <w:tcW w:w="5349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8FBFE"/>
          </w:tcPr>
          <w:p w14:paraId="3E3D2861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26"/>
                <w:lang w:val="it-IT"/>
              </w:rPr>
              <w:t>APRI LA BOCCA</w:t>
            </w:r>
            <w:r w:rsidRPr="00C70A75">
              <w:rPr>
                <w:b/>
                <w:color w:val="0B4F9C"/>
                <w:sz w:val="26"/>
                <w:lang w:val="it-IT"/>
              </w:rPr>
              <w:br/>
              <w:t xml:space="preserve">E CANTA: UH </w:t>
            </w:r>
            <w:proofErr w:type="spellStart"/>
            <w:r w:rsidRPr="00C70A75">
              <w:rPr>
                <w:b/>
                <w:color w:val="0B4F9C"/>
                <w:sz w:val="26"/>
                <w:lang w:val="it-IT"/>
              </w:rPr>
              <w:t>UH</w:t>
            </w:r>
            <w:proofErr w:type="spellEnd"/>
            <w:r w:rsidRPr="00C70A75">
              <w:rPr>
                <w:b/>
                <w:color w:val="0B4F9C"/>
                <w:sz w:val="26"/>
                <w:lang w:val="it-IT"/>
              </w:rPr>
              <w:t xml:space="preserve"> </w:t>
            </w:r>
            <w:proofErr w:type="spellStart"/>
            <w:r w:rsidRPr="00C70A75">
              <w:rPr>
                <w:b/>
                <w:color w:val="0B4F9C"/>
                <w:sz w:val="26"/>
                <w:lang w:val="it-IT"/>
              </w:rPr>
              <w:t>UH</w:t>
            </w:r>
            <w:proofErr w:type="spellEnd"/>
          </w:p>
        </w:tc>
      </w:tr>
      <w:tr w:rsidR="000740DD" w:rsidRPr="00C70A75" w14:paraId="4864147A" w14:textId="77777777">
        <w:trPr>
          <w:trHeight w:hRule="exact" w:val="936"/>
        </w:trPr>
        <w:tc>
          <w:tcPr>
            <w:tcW w:w="10699" w:type="dxa"/>
            <w:gridSpan w:val="2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5FEDFF32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24"/>
                <w:lang w:val="it-IT"/>
              </w:rPr>
              <w:t>TOCCA LA PARTE DEL VISO E FAI L'AZIONE CORRISPONDENTE.</w:t>
            </w:r>
          </w:p>
        </w:tc>
      </w:tr>
    </w:tbl>
    <w:p w14:paraId="42727B11" w14:textId="77777777" w:rsidR="000740DD" w:rsidRPr="00C70A75" w:rsidRDefault="00000000">
      <w:pPr>
        <w:rPr>
          <w:lang w:val="it-IT"/>
        </w:rPr>
      </w:pPr>
      <w:r w:rsidRPr="00C70A75">
        <w:rPr>
          <w:lang w:val="it-IT"/>
        </w:rPr>
        <w:br w:type="page"/>
      </w:r>
    </w:p>
    <w:p w14:paraId="3CE8007C" w14:textId="77777777" w:rsidR="000740DD" w:rsidRDefault="000740DD">
      <w:pPr>
        <w:spacing w:after="0" w:line="360" w:lineRule="exact"/>
        <w:rPr>
          <w:lang w:val="it-IT"/>
        </w:rPr>
      </w:pPr>
    </w:p>
    <w:p w14:paraId="667F260D" w14:textId="77777777" w:rsidR="00C70A75" w:rsidRDefault="00C70A75">
      <w:pPr>
        <w:spacing w:after="0" w:line="360" w:lineRule="exact"/>
        <w:rPr>
          <w:lang w:val="it-IT"/>
        </w:rPr>
      </w:pPr>
    </w:p>
    <w:p w14:paraId="55FDA8DA" w14:textId="77777777" w:rsidR="00C70A75" w:rsidRDefault="00C70A75">
      <w:pPr>
        <w:spacing w:after="0" w:line="360" w:lineRule="exact"/>
        <w:rPr>
          <w:lang w:val="it-IT"/>
        </w:rPr>
      </w:pPr>
    </w:p>
    <w:p w14:paraId="07431F96" w14:textId="77777777" w:rsidR="00C70A75" w:rsidRPr="00C70A75" w:rsidRDefault="00C70A75">
      <w:pPr>
        <w:spacing w:after="0" w:line="360" w:lineRule="exact"/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:rsidRPr="00C70A75" w14:paraId="3A2FAAF9" w14:textId="77777777">
        <w:trPr>
          <w:trHeight w:hRule="exact" w:val="792"/>
        </w:trPr>
        <w:tc>
          <w:tcPr>
            <w:tcW w:w="10699" w:type="dxa"/>
            <w:tcBorders>
              <w:top w:val="single" w:sz="12" w:space="0" w:color="4D99D8"/>
              <w:left w:val="single" w:sz="12" w:space="0" w:color="4D99D8"/>
              <w:bottom w:val="single" w:sz="12" w:space="0" w:color="4D99D8"/>
              <w:right w:val="single" w:sz="12" w:space="0" w:color="4D99D8"/>
            </w:tcBorders>
            <w:shd w:val="clear" w:color="auto" w:fill="EAF5FF"/>
            <w:vAlign w:val="center"/>
          </w:tcPr>
          <w:p w14:paraId="2B676F90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36"/>
                <w:lang w:val="it-IT"/>
              </w:rPr>
              <w:t>4. LE MIE BRACCIA E LE MIE MANI</w:t>
            </w:r>
          </w:p>
        </w:tc>
      </w:tr>
    </w:tbl>
    <w:p w14:paraId="51BEED1F" w14:textId="77777777" w:rsidR="000740DD" w:rsidRPr="00C70A75" w:rsidRDefault="000740DD">
      <w:pPr>
        <w:spacing w:after="0" w:line="160" w:lineRule="exact"/>
        <w:rPr>
          <w:lang w:val="it-I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9"/>
        <w:gridCol w:w="5349"/>
      </w:tblGrid>
      <w:tr w:rsidR="000740DD" w14:paraId="0E6EAB51" w14:textId="77777777">
        <w:trPr>
          <w:trHeight w:hRule="exact" w:val="835"/>
        </w:trPr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49B8FDC" w14:textId="77777777" w:rsidR="000740DD" w:rsidRDefault="00000000">
            <w:r>
              <w:rPr>
                <w:b/>
                <w:color w:val="0B4F9C"/>
                <w:sz w:val="21"/>
              </w:rPr>
              <w:t>NOME: __________________________________</w:t>
            </w:r>
          </w:p>
        </w:tc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EEABD57" w14:textId="77777777" w:rsidR="000740DD" w:rsidRDefault="00000000">
            <w:r>
              <w:rPr>
                <w:b/>
                <w:color w:val="0B4F9C"/>
                <w:sz w:val="21"/>
              </w:rPr>
              <w:t>DATA: ____ / ____ / __________</w:t>
            </w:r>
          </w:p>
        </w:tc>
      </w:tr>
    </w:tbl>
    <w:p w14:paraId="46AF0DE1" w14:textId="77777777" w:rsidR="000740DD" w:rsidRDefault="000740DD">
      <w:pPr>
        <w:spacing w:after="0" w:line="520" w:lineRule="exac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66"/>
        <w:gridCol w:w="3566"/>
        <w:gridCol w:w="3566"/>
      </w:tblGrid>
      <w:tr w:rsidR="000740DD" w:rsidRPr="00C70A75" w14:paraId="5B88375D" w14:textId="77777777">
        <w:trPr>
          <w:trHeight w:hRule="exact" w:val="2232"/>
        </w:trPr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44B44735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32"/>
                <w:lang w:val="it-IT"/>
              </w:rPr>
              <w:t>APRO LE BRACCIA</w:t>
            </w:r>
            <w:r w:rsidRPr="00C70A75">
              <w:rPr>
                <w:b/>
                <w:color w:val="0B4F9C"/>
                <w:sz w:val="32"/>
                <w:lang w:val="it-IT"/>
              </w:rPr>
              <w:br/>
              <w:t>E ABBRACCIO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531C8742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32"/>
                <w:lang w:val="it-IT"/>
              </w:rPr>
              <w:t>TOCCO PIANO</w:t>
            </w:r>
            <w:r w:rsidRPr="00C70A75">
              <w:rPr>
                <w:b/>
                <w:color w:val="0B4F9C"/>
                <w:sz w:val="32"/>
                <w:lang w:val="it-IT"/>
              </w:rPr>
              <w:br/>
              <w:t>CON LE MANI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D8"/>
          </w:tcPr>
          <w:p w14:paraId="087DC200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32"/>
                <w:lang w:val="it-IT"/>
              </w:rPr>
              <w:t>BATTO LE MANI</w:t>
            </w:r>
            <w:r w:rsidRPr="00C70A75">
              <w:rPr>
                <w:b/>
                <w:color w:val="0B4F9C"/>
                <w:sz w:val="32"/>
                <w:lang w:val="it-IT"/>
              </w:rPr>
              <w:br/>
              <w:t xml:space="preserve">CLAP </w:t>
            </w:r>
            <w:proofErr w:type="spellStart"/>
            <w:r w:rsidRPr="00C70A75">
              <w:rPr>
                <w:b/>
                <w:color w:val="0B4F9C"/>
                <w:sz w:val="32"/>
                <w:lang w:val="it-IT"/>
              </w:rPr>
              <w:t>CLAP</w:t>
            </w:r>
            <w:proofErr w:type="spellEnd"/>
          </w:p>
        </w:tc>
      </w:tr>
    </w:tbl>
    <w:p w14:paraId="13A7DB79" w14:textId="77777777" w:rsidR="00C70A75" w:rsidRDefault="00C70A75">
      <w:pPr>
        <w:spacing w:after="80"/>
        <w:jc w:val="center"/>
        <w:rPr>
          <w:b/>
          <w:color w:val="E38A20"/>
          <w:sz w:val="36"/>
        </w:rPr>
      </w:pPr>
    </w:p>
    <w:p w14:paraId="13C0E1ED" w14:textId="351F7A69" w:rsidR="000740DD" w:rsidRDefault="00000000">
      <w:pPr>
        <w:spacing w:after="80"/>
        <w:jc w:val="center"/>
      </w:pPr>
      <w:r>
        <w:rPr>
          <w:b/>
          <w:color w:val="E38A20"/>
          <w:sz w:val="36"/>
        </w:rPr>
        <w:t>ORA PROVO IO!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66"/>
        <w:gridCol w:w="3566"/>
        <w:gridCol w:w="3567"/>
      </w:tblGrid>
      <w:tr w:rsidR="000740DD" w14:paraId="537A2699" w14:textId="77777777">
        <w:trPr>
          <w:trHeight w:hRule="exact" w:val="1224"/>
        </w:trPr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8FBFE"/>
          </w:tcPr>
          <w:p w14:paraId="69A7ED3A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ABBRACCIO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8FBFE"/>
          </w:tcPr>
          <w:p w14:paraId="6A44C9BF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TOCCO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8FBFE"/>
          </w:tcPr>
          <w:p w14:paraId="6BFC9201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BATTO</w:t>
            </w:r>
          </w:p>
        </w:tc>
      </w:tr>
      <w:tr w:rsidR="000740DD" w:rsidRPr="00C70A75" w14:paraId="5D3F7801" w14:textId="77777777">
        <w:trPr>
          <w:trHeight w:hRule="exact" w:val="4320"/>
        </w:trPr>
        <w:tc>
          <w:tcPr>
            <w:tcW w:w="10699" w:type="dxa"/>
            <w:gridSpan w:val="3"/>
            <w:tcBorders>
              <w:top w:val="single" w:sz="12" w:space="0" w:color="80B8E5"/>
              <w:left w:val="single" w:sz="12" w:space="0" w:color="80B8E5"/>
              <w:bottom w:val="single" w:sz="12" w:space="0" w:color="80B8E5"/>
              <w:right w:val="single" w:sz="12" w:space="0" w:color="80B8E5"/>
            </w:tcBorders>
          </w:tcPr>
          <w:p w14:paraId="1027ADB3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color w:val="B9CDDC"/>
                <w:lang w:val="it-IT"/>
              </w:rPr>
              <w:t>DISEGNA QUI LE TUE MANI</w:t>
            </w:r>
          </w:p>
        </w:tc>
      </w:tr>
      <w:tr w:rsidR="000740DD" w:rsidRPr="00C70A75" w14:paraId="78490867" w14:textId="77777777">
        <w:trPr>
          <w:trHeight w:hRule="exact" w:val="936"/>
        </w:trPr>
        <w:tc>
          <w:tcPr>
            <w:tcW w:w="10699" w:type="dxa"/>
            <w:gridSpan w:val="3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66EB9F3E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24"/>
                <w:lang w:val="it-IT"/>
              </w:rPr>
              <w:t>PROVA LE TRE AZIONI. POI DISEGNA LE TUE MANI.</w:t>
            </w:r>
          </w:p>
        </w:tc>
      </w:tr>
    </w:tbl>
    <w:p w14:paraId="24D4536D" w14:textId="77777777" w:rsidR="000740DD" w:rsidRPr="00C70A75" w:rsidRDefault="00000000">
      <w:pPr>
        <w:rPr>
          <w:lang w:val="it-IT"/>
        </w:rPr>
      </w:pPr>
      <w:r w:rsidRPr="00C70A75">
        <w:rPr>
          <w:lang w:val="it-IT"/>
        </w:rPr>
        <w:br w:type="page"/>
      </w:r>
    </w:p>
    <w:p w14:paraId="009147C1" w14:textId="77777777" w:rsidR="000740DD" w:rsidRDefault="000740DD">
      <w:pPr>
        <w:spacing w:after="0" w:line="360" w:lineRule="exact"/>
        <w:rPr>
          <w:lang w:val="it-IT"/>
        </w:rPr>
      </w:pPr>
    </w:p>
    <w:p w14:paraId="055298D0" w14:textId="77777777" w:rsidR="00C70A75" w:rsidRDefault="00C70A75">
      <w:pPr>
        <w:spacing w:after="0" w:line="360" w:lineRule="exact"/>
        <w:rPr>
          <w:lang w:val="it-IT"/>
        </w:rPr>
      </w:pPr>
    </w:p>
    <w:p w14:paraId="4C03A9FE" w14:textId="77777777" w:rsidR="00C70A75" w:rsidRPr="00C70A75" w:rsidRDefault="00C70A75">
      <w:pPr>
        <w:spacing w:after="0" w:line="360" w:lineRule="exact"/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14:paraId="5469083E" w14:textId="77777777">
        <w:trPr>
          <w:trHeight w:hRule="exact" w:val="792"/>
        </w:trPr>
        <w:tc>
          <w:tcPr>
            <w:tcW w:w="10699" w:type="dxa"/>
            <w:tcBorders>
              <w:top w:val="single" w:sz="12" w:space="0" w:color="4D99D8"/>
              <w:left w:val="single" w:sz="12" w:space="0" w:color="4D99D8"/>
              <w:bottom w:val="single" w:sz="12" w:space="0" w:color="4D99D8"/>
              <w:right w:val="single" w:sz="12" w:space="0" w:color="4D99D8"/>
            </w:tcBorders>
            <w:shd w:val="clear" w:color="auto" w:fill="EAF5FF"/>
            <w:vAlign w:val="center"/>
          </w:tcPr>
          <w:p w14:paraId="607A71B5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36"/>
              </w:rPr>
              <w:t>5. SENTO IL MIO CORPO</w:t>
            </w:r>
          </w:p>
        </w:tc>
      </w:tr>
    </w:tbl>
    <w:p w14:paraId="5C6E0F82" w14:textId="77777777" w:rsidR="000740DD" w:rsidRDefault="000740DD">
      <w:pPr>
        <w:spacing w:after="0" w:line="1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9"/>
        <w:gridCol w:w="5349"/>
      </w:tblGrid>
      <w:tr w:rsidR="000740DD" w14:paraId="352849EF" w14:textId="77777777">
        <w:trPr>
          <w:trHeight w:hRule="exact" w:val="835"/>
        </w:trPr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555D807" w14:textId="77777777" w:rsidR="000740DD" w:rsidRDefault="00000000">
            <w:r>
              <w:rPr>
                <w:b/>
                <w:color w:val="0B4F9C"/>
                <w:sz w:val="21"/>
              </w:rPr>
              <w:t>NOME: __________________________________</w:t>
            </w:r>
          </w:p>
        </w:tc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94D4A4D" w14:textId="77777777" w:rsidR="000740DD" w:rsidRDefault="00000000">
            <w:r>
              <w:rPr>
                <w:b/>
                <w:color w:val="0B4F9C"/>
                <w:sz w:val="21"/>
              </w:rPr>
              <w:t>DATA: ____ / ____ / __________</w:t>
            </w:r>
          </w:p>
        </w:tc>
      </w:tr>
    </w:tbl>
    <w:p w14:paraId="65A9271F" w14:textId="77777777" w:rsidR="000740DD" w:rsidRDefault="000740DD">
      <w:pPr>
        <w:spacing w:after="0" w:line="520" w:lineRule="exact"/>
      </w:pPr>
    </w:p>
    <w:p w14:paraId="254EAD2D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38"/>
          <w:lang w:val="it-IT"/>
        </w:rPr>
        <w:t>METTI UNA MANO SUL PETTO.</w:t>
      </w:r>
    </w:p>
    <w:p w14:paraId="565653D0" w14:textId="77777777" w:rsidR="000740DD" w:rsidRDefault="00000000">
      <w:pPr>
        <w:spacing w:after="80"/>
        <w:jc w:val="center"/>
      </w:pPr>
      <w:r>
        <w:rPr>
          <w:b/>
          <w:color w:val="D95A4E"/>
          <w:sz w:val="68"/>
        </w:rPr>
        <w:t>TUM · TUM · TUM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66"/>
        <w:gridCol w:w="3566"/>
        <w:gridCol w:w="3567"/>
      </w:tblGrid>
      <w:tr w:rsidR="000740DD" w14:paraId="7C273E3C" w14:textId="77777777">
        <w:trPr>
          <w:trHeight w:hRule="exact" w:val="1296"/>
        </w:trPr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48DA42CE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ASCOLTO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7841B66B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RESPIRO PIANO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F0"/>
          </w:tcPr>
          <w:p w14:paraId="0C00220F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SENTO IL BATTITO</w:t>
            </w:r>
          </w:p>
        </w:tc>
      </w:tr>
      <w:tr w:rsidR="000740DD" w:rsidRPr="00C70A75" w14:paraId="6C64D989" w14:textId="77777777">
        <w:trPr>
          <w:trHeight w:hRule="exact" w:val="5040"/>
        </w:trPr>
        <w:tc>
          <w:tcPr>
            <w:tcW w:w="10699" w:type="dxa"/>
            <w:gridSpan w:val="3"/>
            <w:tcBorders>
              <w:top w:val="single" w:sz="12" w:space="0" w:color="80B8E5"/>
              <w:left w:val="single" w:sz="12" w:space="0" w:color="80B8E5"/>
              <w:bottom w:val="single" w:sz="12" w:space="0" w:color="80B8E5"/>
              <w:right w:val="single" w:sz="12" w:space="0" w:color="80B8E5"/>
            </w:tcBorders>
          </w:tcPr>
          <w:p w14:paraId="088B8B1F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color w:val="B9CDDC"/>
                <w:lang w:val="it-IT"/>
              </w:rPr>
              <w:t>DISEGNA E COLORA UN GRANDE CUORE</w:t>
            </w:r>
          </w:p>
        </w:tc>
      </w:tr>
      <w:tr w:rsidR="000740DD" w:rsidRPr="00C70A75" w14:paraId="61E566CB" w14:textId="77777777">
        <w:trPr>
          <w:trHeight w:hRule="exact" w:val="936"/>
        </w:trPr>
        <w:tc>
          <w:tcPr>
            <w:tcW w:w="10699" w:type="dxa"/>
            <w:gridSpan w:val="3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73FA3C3A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24"/>
                <w:lang w:val="it-IT"/>
              </w:rPr>
              <w:t>RESTA UN MOMENTO IN SILENZIO. ASCOLTA IL TUO CORPO E POI COLORA IL CUORE.</w:t>
            </w:r>
          </w:p>
        </w:tc>
      </w:tr>
    </w:tbl>
    <w:p w14:paraId="38A55EFA" w14:textId="77777777" w:rsidR="000740DD" w:rsidRPr="00C70A75" w:rsidRDefault="00000000">
      <w:pPr>
        <w:rPr>
          <w:lang w:val="it-IT"/>
        </w:rPr>
      </w:pPr>
      <w:r w:rsidRPr="00C70A75">
        <w:rPr>
          <w:lang w:val="it-IT"/>
        </w:rPr>
        <w:br w:type="page"/>
      </w:r>
    </w:p>
    <w:p w14:paraId="3B395F82" w14:textId="77777777" w:rsidR="000740DD" w:rsidRDefault="000740DD">
      <w:pPr>
        <w:spacing w:after="0" w:line="360" w:lineRule="exact"/>
        <w:rPr>
          <w:lang w:val="it-IT"/>
        </w:rPr>
      </w:pPr>
    </w:p>
    <w:p w14:paraId="0F181610" w14:textId="77777777" w:rsidR="00C70A75" w:rsidRDefault="00C70A75">
      <w:pPr>
        <w:spacing w:after="0" w:line="360" w:lineRule="exact"/>
        <w:rPr>
          <w:lang w:val="it-IT"/>
        </w:rPr>
      </w:pPr>
    </w:p>
    <w:p w14:paraId="3C6261AC" w14:textId="77777777" w:rsidR="00C70A75" w:rsidRPr="00C70A75" w:rsidRDefault="00C70A75">
      <w:pPr>
        <w:spacing w:after="0" w:line="360" w:lineRule="exact"/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:rsidRPr="00C70A75" w14:paraId="7CA6AC59" w14:textId="77777777">
        <w:trPr>
          <w:trHeight w:hRule="exact" w:val="792"/>
        </w:trPr>
        <w:tc>
          <w:tcPr>
            <w:tcW w:w="10699" w:type="dxa"/>
            <w:tcBorders>
              <w:top w:val="single" w:sz="12" w:space="0" w:color="4D99D8"/>
              <w:left w:val="single" w:sz="12" w:space="0" w:color="4D99D8"/>
              <w:bottom w:val="single" w:sz="12" w:space="0" w:color="4D99D8"/>
              <w:right w:val="single" w:sz="12" w:space="0" w:color="4D99D8"/>
            </w:tcBorders>
            <w:shd w:val="clear" w:color="auto" w:fill="EAF5FF"/>
            <w:vAlign w:val="center"/>
          </w:tcPr>
          <w:p w14:paraId="2311CB08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36"/>
                <w:lang w:val="it-IT"/>
              </w:rPr>
              <w:t>6. LE MIE GAMBE E I MIEI PIEDI</w:t>
            </w:r>
          </w:p>
        </w:tc>
      </w:tr>
    </w:tbl>
    <w:p w14:paraId="212EC640" w14:textId="77777777" w:rsidR="000740DD" w:rsidRPr="00C70A75" w:rsidRDefault="000740DD">
      <w:pPr>
        <w:spacing w:after="0" w:line="160" w:lineRule="exact"/>
        <w:rPr>
          <w:lang w:val="it-I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9"/>
        <w:gridCol w:w="5349"/>
      </w:tblGrid>
      <w:tr w:rsidR="000740DD" w14:paraId="54E068E9" w14:textId="77777777">
        <w:trPr>
          <w:trHeight w:hRule="exact" w:val="835"/>
        </w:trPr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A7838BA" w14:textId="77777777" w:rsidR="000740DD" w:rsidRDefault="00000000">
            <w:r>
              <w:rPr>
                <w:b/>
                <w:color w:val="0B4F9C"/>
                <w:sz w:val="21"/>
              </w:rPr>
              <w:t>NOME: __________________________________</w:t>
            </w:r>
          </w:p>
        </w:tc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125093F" w14:textId="77777777" w:rsidR="000740DD" w:rsidRDefault="00000000">
            <w:r>
              <w:rPr>
                <w:b/>
                <w:color w:val="0B4F9C"/>
                <w:sz w:val="21"/>
              </w:rPr>
              <w:t>DATA: ____ / ____ / __________</w:t>
            </w:r>
          </w:p>
        </w:tc>
      </w:tr>
    </w:tbl>
    <w:p w14:paraId="4025A73C" w14:textId="77777777" w:rsidR="000740DD" w:rsidRDefault="000740DD">
      <w:pPr>
        <w:spacing w:after="0" w:line="520" w:lineRule="exact"/>
      </w:pPr>
    </w:p>
    <w:p w14:paraId="7F8D748C" w14:textId="77777777" w:rsidR="000740D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7B15EA2E" wp14:editId="12C5EBF0">
            <wp:extent cx="5394960" cy="566220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566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40"/>
        <w:gridCol w:w="2140"/>
        <w:gridCol w:w="2140"/>
        <w:gridCol w:w="2140"/>
        <w:gridCol w:w="2140"/>
      </w:tblGrid>
      <w:tr w:rsidR="000740DD" w14:paraId="0AC91C12" w14:textId="77777777">
        <w:trPr>
          <w:trHeight w:hRule="exact" w:val="1037"/>
        </w:trPr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70BD1133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CAMMINO</w:t>
            </w:r>
          </w:p>
        </w:tc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2049B290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CORRO</w:t>
            </w:r>
          </w:p>
        </w:tc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4653FA7B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SALTO</w:t>
            </w:r>
          </w:p>
        </w:tc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D8"/>
          </w:tcPr>
          <w:p w14:paraId="1EBD150E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BALLO</w:t>
            </w:r>
          </w:p>
        </w:tc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F0"/>
          </w:tcPr>
          <w:p w14:paraId="56DD81CB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4"/>
              </w:rPr>
              <w:t>TAP TAP</w:t>
            </w:r>
          </w:p>
        </w:tc>
      </w:tr>
      <w:tr w:rsidR="000740DD" w:rsidRPr="00C70A75" w14:paraId="0E45762A" w14:textId="77777777">
        <w:trPr>
          <w:trHeight w:hRule="exact" w:val="936"/>
        </w:trPr>
        <w:tc>
          <w:tcPr>
            <w:tcW w:w="10699" w:type="dxa"/>
            <w:gridSpan w:val="5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6046916A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24"/>
                <w:lang w:val="it-IT"/>
              </w:rPr>
              <w:t>SCEGLI UN MOVIMENTO. FALLO CON LUMI E POI COLORA LA PAROLA.</w:t>
            </w:r>
          </w:p>
        </w:tc>
      </w:tr>
    </w:tbl>
    <w:p w14:paraId="19D2D6E4" w14:textId="77777777" w:rsidR="000740DD" w:rsidRPr="00C70A75" w:rsidRDefault="00000000">
      <w:pPr>
        <w:rPr>
          <w:lang w:val="it-IT"/>
        </w:rPr>
      </w:pPr>
      <w:r w:rsidRPr="00C70A75">
        <w:rPr>
          <w:lang w:val="it-IT"/>
        </w:rPr>
        <w:br w:type="page"/>
      </w:r>
    </w:p>
    <w:p w14:paraId="488AB40E" w14:textId="77777777" w:rsidR="000740DD" w:rsidRDefault="000740DD">
      <w:pPr>
        <w:spacing w:after="0" w:line="360" w:lineRule="exact"/>
        <w:rPr>
          <w:lang w:val="it-IT"/>
        </w:rPr>
      </w:pPr>
    </w:p>
    <w:p w14:paraId="0D175601" w14:textId="77777777" w:rsidR="00C70A75" w:rsidRPr="00C70A75" w:rsidRDefault="00C70A75">
      <w:pPr>
        <w:spacing w:after="0" w:line="360" w:lineRule="exact"/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:rsidRPr="00C70A75" w14:paraId="5171FB75" w14:textId="77777777">
        <w:trPr>
          <w:trHeight w:hRule="exact" w:val="792"/>
        </w:trPr>
        <w:tc>
          <w:tcPr>
            <w:tcW w:w="10699" w:type="dxa"/>
            <w:tcBorders>
              <w:top w:val="single" w:sz="12" w:space="0" w:color="4D99D8"/>
              <w:left w:val="single" w:sz="12" w:space="0" w:color="4D99D8"/>
              <w:bottom w:val="single" w:sz="12" w:space="0" w:color="4D99D8"/>
              <w:right w:val="single" w:sz="12" w:space="0" w:color="4D99D8"/>
            </w:tcBorders>
            <w:shd w:val="clear" w:color="auto" w:fill="EAF5FF"/>
            <w:vAlign w:val="center"/>
          </w:tcPr>
          <w:p w14:paraId="0C2A6504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36"/>
                <w:lang w:val="it-IT"/>
              </w:rPr>
              <w:t>7. IL MIO CORPO FA MUSICA</w:t>
            </w:r>
          </w:p>
        </w:tc>
      </w:tr>
    </w:tbl>
    <w:p w14:paraId="1CC88967" w14:textId="77777777" w:rsidR="000740DD" w:rsidRPr="00C70A75" w:rsidRDefault="000740DD">
      <w:pPr>
        <w:spacing w:after="0" w:line="160" w:lineRule="exact"/>
        <w:rPr>
          <w:lang w:val="it-I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9"/>
        <w:gridCol w:w="5349"/>
      </w:tblGrid>
      <w:tr w:rsidR="000740DD" w14:paraId="25939CD4" w14:textId="77777777">
        <w:trPr>
          <w:trHeight w:hRule="exact" w:val="835"/>
        </w:trPr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44BFC59" w14:textId="77777777" w:rsidR="000740DD" w:rsidRDefault="00000000">
            <w:r>
              <w:rPr>
                <w:b/>
                <w:color w:val="0B4F9C"/>
                <w:sz w:val="21"/>
              </w:rPr>
              <w:t>NOME: __________________________________</w:t>
            </w:r>
          </w:p>
        </w:tc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21CCA90" w14:textId="77777777" w:rsidR="000740DD" w:rsidRDefault="00000000">
            <w:r>
              <w:rPr>
                <w:b/>
                <w:color w:val="0B4F9C"/>
                <w:sz w:val="21"/>
              </w:rPr>
              <w:t>DATA: ____ / ____ / __________</w:t>
            </w:r>
          </w:p>
        </w:tc>
      </w:tr>
    </w:tbl>
    <w:p w14:paraId="2AF4326F" w14:textId="77777777" w:rsidR="000740DD" w:rsidRDefault="000740DD">
      <w:pPr>
        <w:spacing w:after="0" w:line="520" w:lineRule="exac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66"/>
        <w:gridCol w:w="3566"/>
        <w:gridCol w:w="3566"/>
      </w:tblGrid>
      <w:tr w:rsidR="000740DD" w14:paraId="507B3430" w14:textId="77777777">
        <w:trPr>
          <w:trHeight w:hRule="exact" w:val="1440"/>
        </w:trPr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753F8664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34"/>
              </w:rPr>
              <w:t>MANI</w:t>
            </w:r>
            <w:r>
              <w:rPr>
                <w:b/>
                <w:color w:val="0B4F9C"/>
                <w:sz w:val="34"/>
              </w:rPr>
              <w:br/>
              <w:t>CLAP CLAP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F0"/>
          </w:tcPr>
          <w:p w14:paraId="2113A1C4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34"/>
              </w:rPr>
              <w:t>PETTO</w:t>
            </w:r>
            <w:r>
              <w:rPr>
                <w:b/>
                <w:color w:val="0B4F9C"/>
                <w:sz w:val="34"/>
              </w:rPr>
              <w:br/>
              <w:t>TUM TUM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0931A45D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34"/>
              </w:rPr>
              <w:t>PIEDI</w:t>
            </w:r>
            <w:r>
              <w:rPr>
                <w:b/>
                <w:color w:val="0B4F9C"/>
                <w:sz w:val="34"/>
              </w:rPr>
              <w:br/>
              <w:t>TAP TAP</w:t>
            </w:r>
          </w:p>
        </w:tc>
      </w:tr>
    </w:tbl>
    <w:p w14:paraId="218DFC51" w14:textId="77777777" w:rsidR="000740D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4DF9082A" wp14:editId="65BB1304">
            <wp:extent cx="4937760" cy="424292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4242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571F6" w14:textId="77777777" w:rsidR="000740DD" w:rsidRDefault="00000000">
      <w:pPr>
        <w:spacing w:after="80"/>
        <w:jc w:val="center"/>
      </w:pPr>
      <w:r>
        <w:rPr>
          <w:b/>
          <w:color w:val="E38A20"/>
          <w:sz w:val="34"/>
        </w:rPr>
        <w:t>CLAP CLAP  ·  TUM TUM  ·  TAP TAP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:rsidRPr="00C70A75" w14:paraId="2A45E345" w14:textId="77777777">
        <w:trPr>
          <w:trHeight w:hRule="exact" w:val="936"/>
        </w:trPr>
        <w:tc>
          <w:tcPr>
            <w:tcW w:w="10699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54C1CF98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24"/>
                <w:lang w:val="it-IT"/>
              </w:rPr>
              <w:t>SEGUI IL RITMO. QUANDO LA MUSICA SI FERMA, FERMATI ANCHE TU.</w:t>
            </w:r>
          </w:p>
        </w:tc>
      </w:tr>
    </w:tbl>
    <w:p w14:paraId="562C9ADE" w14:textId="77777777" w:rsidR="000740DD" w:rsidRPr="00C70A75" w:rsidRDefault="00000000">
      <w:pPr>
        <w:rPr>
          <w:lang w:val="it-IT"/>
        </w:rPr>
      </w:pPr>
      <w:r w:rsidRPr="00C70A75">
        <w:rPr>
          <w:lang w:val="it-IT"/>
        </w:rPr>
        <w:br w:type="page"/>
      </w:r>
    </w:p>
    <w:p w14:paraId="083E1776" w14:textId="77777777" w:rsidR="000740DD" w:rsidRDefault="000740DD">
      <w:pPr>
        <w:spacing w:after="0" w:line="360" w:lineRule="exact"/>
        <w:rPr>
          <w:lang w:val="it-IT"/>
        </w:rPr>
      </w:pPr>
    </w:p>
    <w:p w14:paraId="02BBE655" w14:textId="77777777" w:rsidR="00C70A75" w:rsidRPr="00C70A75" w:rsidRDefault="00C70A75">
      <w:pPr>
        <w:spacing w:after="0" w:line="360" w:lineRule="exact"/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:rsidRPr="00C70A75" w14:paraId="6E933FD9" w14:textId="77777777">
        <w:trPr>
          <w:trHeight w:hRule="exact" w:val="792"/>
        </w:trPr>
        <w:tc>
          <w:tcPr>
            <w:tcW w:w="10699" w:type="dxa"/>
            <w:tcBorders>
              <w:top w:val="single" w:sz="12" w:space="0" w:color="4D99D8"/>
              <w:left w:val="single" w:sz="12" w:space="0" w:color="4D99D8"/>
              <w:bottom w:val="single" w:sz="12" w:space="0" w:color="4D99D8"/>
              <w:right w:val="single" w:sz="12" w:space="0" w:color="4D99D8"/>
            </w:tcBorders>
            <w:shd w:val="clear" w:color="auto" w:fill="EAF5FF"/>
            <w:vAlign w:val="center"/>
          </w:tcPr>
          <w:p w14:paraId="5116B10E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36"/>
                <w:lang w:val="it-IT"/>
              </w:rPr>
              <w:t>8. RIPASSO LE PAROLE DEL CORPO</w:t>
            </w:r>
          </w:p>
        </w:tc>
      </w:tr>
    </w:tbl>
    <w:p w14:paraId="220558E7" w14:textId="77777777" w:rsidR="000740DD" w:rsidRPr="00C70A75" w:rsidRDefault="000740DD">
      <w:pPr>
        <w:spacing w:after="0" w:line="160" w:lineRule="exact"/>
        <w:rPr>
          <w:lang w:val="it-I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9"/>
        <w:gridCol w:w="5349"/>
      </w:tblGrid>
      <w:tr w:rsidR="000740DD" w14:paraId="39096CB5" w14:textId="77777777">
        <w:trPr>
          <w:trHeight w:hRule="exact" w:val="835"/>
        </w:trPr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2304D24" w14:textId="77777777" w:rsidR="000740DD" w:rsidRDefault="00000000">
            <w:r>
              <w:rPr>
                <w:b/>
                <w:color w:val="0B4F9C"/>
                <w:sz w:val="21"/>
              </w:rPr>
              <w:t>NOME: __________________________________</w:t>
            </w:r>
          </w:p>
        </w:tc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20C32E5" w14:textId="77777777" w:rsidR="000740DD" w:rsidRDefault="00000000">
            <w:r>
              <w:rPr>
                <w:b/>
                <w:color w:val="0B4F9C"/>
                <w:sz w:val="21"/>
              </w:rPr>
              <w:t>DATA: ____ / ____ / __________</w:t>
            </w:r>
          </w:p>
        </w:tc>
      </w:tr>
    </w:tbl>
    <w:p w14:paraId="399C3CB6" w14:textId="77777777" w:rsidR="000740DD" w:rsidRDefault="000740DD">
      <w:pPr>
        <w:spacing w:after="0" w:line="520" w:lineRule="exac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66"/>
        <w:gridCol w:w="3566"/>
        <w:gridCol w:w="3566"/>
      </w:tblGrid>
      <w:tr w:rsidR="000740DD" w14:paraId="371C23D9" w14:textId="77777777">
        <w:trPr>
          <w:trHeight w:hRule="exact" w:val="1008"/>
        </w:trPr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39D1ED9B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TESTA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459524D5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OCCHI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05B2CAD6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ORECCHIE</w:t>
            </w:r>
          </w:p>
        </w:tc>
      </w:tr>
      <w:tr w:rsidR="000740DD" w14:paraId="0AD1FFD1" w14:textId="77777777">
        <w:trPr>
          <w:trHeight w:hRule="exact" w:val="1037"/>
        </w:trPr>
        <w:tc>
          <w:tcPr>
            <w:tcW w:w="3566" w:type="dxa"/>
            <w:tcBorders>
              <w:top w:val="single" w:sz="6" w:space="0" w:color="C6DCEB"/>
              <w:left w:val="single" w:sz="6" w:space="0" w:color="C6DCEB"/>
              <w:bottom w:val="single" w:sz="6" w:space="0" w:color="C6DCEB"/>
              <w:right w:val="single" w:sz="6" w:space="0" w:color="C6DCEB"/>
            </w:tcBorders>
          </w:tcPr>
          <w:p w14:paraId="4D9806D6" w14:textId="77777777" w:rsidR="000740DD" w:rsidRDefault="00000000">
            <w:pPr>
              <w:jc w:val="center"/>
            </w:pPr>
            <w:r>
              <w:rPr>
                <w:color w:val="B9B9B9"/>
                <w:sz w:val="30"/>
              </w:rPr>
              <w:t>T  E  S  T  A</w:t>
            </w:r>
          </w:p>
        </w:tc>
        <w:tc>
          <w:tcPr>
            <w:tcW w:w="3566" w:type="dxa"/>
            <w:tcBorders>
              <w:top w:val="single" w:sz="6" w:space="0" w:color="C6DCEB"/>
              <w:left w:val="single" w:sz="6" w:space="0" w:color="C6DCEB"/>
              <w:bottom w:val="single" w:sz="6" w:space="0" w:color="C6DCEB"/>
              <w:right w:val="single" w:sz="6" w:space="0" w:color="C6DCEB"/>
            </w:tcBorders>
          </w:tcPr>
          <w:p w14:paraId="5C4B12C3" w14:textId="77777777" w:rsidR="000740DD" w:rsidRDefault="00000000">
            <w:pPr>
              <w:jc w:val="center"/>
            </w:pPr>
            <w:r>
              <w:rPr>
                <w:color w:val="B9B9B9"/>
                <w:sz w:val="30"/>
              </w:rPr>
              <w:t>O  C  C  H  I</w:t>
            </w:r>
          </w:p>
        </w:tc>
        <w:tc>
          <w:tcPr>
            <w:tcW w:w="3566" w:type="dxa"/>
            <w:tcBorders>
              <w:top w:val="single" w:sz="6" w:space="0" w:color="C6DCEB"/>
              <w:left w:val="single" w:sz="6" w:space="0" w:color="C6DCEB"/>
              <w:bottom w:val="single" w:sz="6" w:space="0" w:color="C6DCEB"/>
              <w:right w:val="single" w:sz="6" w:space="0" w:color="C6DCEB"/>
            </w:tcBorders>
          </w:tcPr>
          <w:p w14:paraId="471BA692" w14:textId="77777777" w:rsidR="000740DD" w:rsidRDefault="00000000">
            <w:pPr>
              <w:jc w:val="center"/>
            </w:pPr>
            <w:r>
              <w:rPr>
                <w:color w:val="B9B9B9"/>
                <w:sz w:val="30"/>
              </w:rPr>
              <w:t>O  R  E  C  C  H  I  E</w:t>
            </w:r>
          </w:p>
        </w:tc>
      </w:tr>
      <w:tr w:rsidR="000740DD" w14:paraId="79FA49BD" w14:textId="77777777">
        <w:trPr>
          <w:trHeight w:hRule="exact" w:val="1008"/>
        </w:trPr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354FA10F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NASO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4AE295C3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BOCCA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71984775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BRACCIA</w:t>
            </w:r>
          </w:p>
        </w:tc>
      </w:tr>
      <w:tr w:rsidR="000740DD" w14:paraId="39CF9EB0" w14:textId="77777777">
        <w:trPr>
          <w:trHeight w:hRule="exact" w:val="1037"/>
        </w:trPr>
        <w:tc>
          <w:tcPr>
            <w:tcW w:w="3566" w:type="dxa"/>
            <w:tcBorders>
              <w:top w:val="single" w:sz="6" w:space="0" w:color="C6DCEB"/>
              <w:left w:val="single" w:sz="6" w:space="0" w:color="C6DCEB"/>
              <w:bottom w:val="single" w:sz="6" w:space="0" w:color="C6DCEB"/>
              <w:right w:val="single" w:sz="6" w:space="0" w:color="C6DCEB"/>
            </w:tcBorders>
          </w:tcPr>
          <w:p w14:paraId="11EBC9C7" w14:textId="77777777" w:rsidR="000740DD" w:rsidRDefault="00000000">
            <w:pPr>
              <w:jc w:val="center"/>
            </w:pPr>
            <w:r>
              <w:rPr>
                <w:color w:val="B9B9B9"/>
                <w:sz w:val="30"/>
              </w:rPr>
              <w:t>N  A  S  O</w:t>
            </w:r>
          </w:p>
        </w:tc>
        <w:tc>
          <w:tcPr>
            <w:tcW w:w="3566" w:type="dxa"/>
            <w:tcBorders>
              <w:top w:val="single" w:sz="6" w:space="0" w:color="C6DCEB"/>
              <w:left w:val="single" w:sz="6" w:space="0" w:color="C6DCEB"/>
              <w:bottom w:val="single" w:sz="6" w:space="0" w:color="C6DCEB"/>
              <w:right w:val="single" w:sz="6" w:space="0" w:color="C6DCEB"/>
            </w:tcBorders>
          </w:tcPr>
          <w:p w14:paraId="1DA8A359" w14:textId="77777777" w:rsidR="000740DD" w:rsidRDefault="00000000">
            <w:pPr>
              <w:jc w:val="center"/>
            </w:pPr>
            <w:r>
              <w:rPr>
                <w:color w:val="B9B9B9"/>
                <w:sz w:val="30"/>
              </w:rPr>
              <w:t>B  O  C  C  A</w:t>
            </w:r>
          </w:p>
        </w:tc>
        <w:tc>
          <w:tcPr>
            <w:tcW w:w="3566" w:type="dxa"/>
            <w:tcBorders>
              <w:top w:val="single" w:sz="6" w:space="0" w:color="C6DCEB"/>
              <w:left w:val="single" w:sz="6" w:space="0" w:color="C6DCEB"/>
              <w:bottom w:val="single" w:sz="6" w:space="0" w:color="C6DCEB"/>
              <w:right w:val="single" w:sz="6" w:space="0" w:color="C6DCEB"/>
            </w:tcBorders>
          </w:tcPr>
          <w:p w14:paraId="698F4ED1" w14:textId="77777777" w:rsidR="000740DD" w:rsidRDefault="00000000">
            <w:pPr>
              <w:jc w:val="center"/>
            </w:pPr>
            <w:r>
              <w:rPr>
                <w:color w:val="B9B9B9"/>
                <w:sz w:val="30"/>
              </w:rPr>
              <w:t>B  R  A  C  C  I  A</w:t>
            </w:r>
          </w:p>
        </w:tc>
      </w:tr>
      <w:tr w:rsidR="000740DD" w14:paraId="48FAB804" w14:textId="77777777">
        <w:trPr>
          <w:trHeight w:hRule="exact" w:val="1008"/>
        </w:trPr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6D079BF4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MANI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57F6CD8F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GAMBE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3238D2C6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PIEDI</w:t>
            </w:r>
          </w:p>
        </w:tc>
      </w:tr>
      <w:tr w:rsidR="000740DD" w14:paraId="3CA5818F" w14:textId="77777777">
        <w:trPr>
          <w:trHeight w:hRule="exact" w:val="1037"/>
        </w:trPr>
        <w:tc>
          <w:tcPr>
            <w:tcW w:w="3566" w:type="dxa"/>
            <w:tcBorders>
              <w:top w:val="single" w:sz="6" w:space="0" w:color="C6DCEB"/>
              <w:left w:val="single" w:sz="6" w:space="0" w:color="C6DCEB"/>
              <w:bottom w:val="single" w:sz="6" w:space="0" w:color="C6DCEB"/>
              <w:right w:val="single" w:sz="6" w:space="0" w:color="C6DCEB"/>
            </w:tcBorders>
          </w:tcPr>
          <w:p w14:paraId="5572533C" w14:textId="77777777" w:rsidR="000740DD" w:rsidRDefault="00000000">
            <w:pPr>
              <w:jc w:val="center"/>
            </w:pPr>
            <w:r>
              <w:rPr>
                <w:color w:val="B9B9B9"/>
                <w:sz w:val="30"/>
              </w:rPr>
              <w:t>M  A  N  I</w:t>
            </w:r>
          </w:p>
        </w:tc>
        <w:tc>
          <w:tcPr>
            <w:tcW w:w="3566" w:type="dxa"/>
            <w:tcBorders>
              <w:top w:val="single" w:sz="6" w:space="0" w:color="C6DCEB"/>
              <w:left w:val="single" w:sz="6" w:space="0" w:color="C6DCEB"/>
              <w:bottom w:val="single" w:sz="6" w:space="0" w:color="C6DCEB"/>
              <w:right w:val="single" w:sz="6" w:space="0" w:color="C6DCEB"/>
            </w:tcBorders>
          </w:tcPr>
          <w:p w14:paraId="1DF00036" w14:textId="77777777" w:rsidR="000740DD" w:rsidRDefault="00000000">
            <w:pPr>
              <w:jc w:val="center"/>
            </w:pPr>
            <w:r>
              <w:rPr>
                <w:color w:val="B9B9B9"/>
                <w:sz w:val="30"/>
              </w:rPr>
              <w:t>G  A  M  B  E</w:t>
            </w:r>
          </w:p>
        </w:tc>
        <w:tc>
          <w:tcPr>
            <w:tcW w:w="3566" w:type="dxa"/>
            <w:tcBorders>
              <w:top w:val="single" w:sz="6" w:space="0" w:color="C6DCEB"/>
              <w:left w:val="single" w:sz="6" w:space="0" w:color="C6DCEB"/>
              <w:bottom w:val="single" w:sz="6" w:space="0" w:color="C6DCEB"/>
              <w:right w:val="single" w:sz="6" w:space="0" w:color="C6DCEB"/>
            </w:tcBorders>
          </w:tcPr>
          <w:p w14:paraId="1B44E22C" w14:textId="77777777" w:rsidR="000740DD" w:rsidRDefault="00000000">
            <w:pPr>
              <w:jc w:val="center"/>
            </w:pPr>
            <w:r>
              <w:rPr>
                <w:color w:val="B9B9B9"/>
                <w:sz w:val="30"/>
              </w:rPr>
              <w:t>P  I  E  D  I</w:t>
            </w:r>
          </w:p>
        </w:tc>
      </w:tr>
    </w:tbl>
    <w:p w14:paraId="3468210B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E38A20"/>
          <w:sz w:val="30"/>
          <w:lang w:val="it-IT"/>
        </w:rPr>
        <w:t>PRIMA CON IL DITO · POI CON LA MATITA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:rsidRPr="00C70A75" w14:paraId="39B7E2F1" w14:textId="77777777">
        <w:trPr>
          <w:trHeight w:hRule="exact" w:val="936"/>
        </w:trPr>
        <w:tc>
          <w:tcPr>
            <w:tcW w:w="10699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19C87186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24"/>
                <w:lang w:val="it-IT"/>
              </w:rPr>
              <w:t>RIPASSA LE PAROLE E POI COLORALE.</w:t>
            </w:r>
          </w:p>
        </w:tc>
      </w:tr>
    </w:tbl>
    <w:p w14:paraId="5E8A1968" w14:textId="77777777" w:rsidR="000740DD" w:rsidRPr="00C70A75" w:rsidRDefault="00000000">
      <w:pPr>
        <w:rPr>
          <w:lang w:val="it-IT"/>
        </w:rPr>
      </w:pPr>
      <w:r w:rsidRPr="00C70A75">
        <w:rPr>
          <w:lang w:val="it-IT"/>
        </w:rPr>
        <w:br w:type="page"/>
      </w:r>
    </w:p>
    <w:p w14:paraId="72FD8D29" w14:textId="77777777" w:rsidR="000740DD" w:rsidRDefault="000740DD">
      <w:pPr>
        <w:spacing w:after="0" w:line="360" w:lineRule="exact"/>
        <w:rPr>
          <w:lang w:val="it-IT"/>
        </w:rPr>
      </w:pPr>
    </w:p>
    <w:p w14:paraId="33E5E85F" w14:textId="77777777" w:rsidR="00C70A75" w:rsidRPr="00C70A75" w:rsidRDefault="00C70A75">
      <w:pPr>
        <w:spacing w:after="0" w:line="360" w:lineRule="exact"/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:rsidRPr="00C70A75" w14:paraId="72C7383F" w14:textId="77777777">
        <w:trPr>
          <w:trHeight w:hRule="exact" w:val="792"/>
        </w:trPr>
        <w:tc>
          <w:tcPr>
            <w:tcW w:w="10699" w:type="dxa"/>
            <w:tcBorders>
              <w:top w:val="single" w:sz="12" w:space="0" w:color="4D99D8"/>
              <w:left w:val="single" w:sz="12" w:space="0" w:color="4D99D8"/>
              <w:bottom w:val="single" w:sz="12" w:space="0" w:color="4D99D8"/>
              <w:right w:val="single" w:sz="12" w:space="0" w:color="4D99D8"/>
            </w:tcBorders>
            <w:shd w:val="clear" w:color="auto" w:fill="EAF5FF"/>
            <w:vAlign w:val="center"/>
          </w:tcPr>
          <w:p w14:paraId="041D4AB2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36"/>
                <w:lang w:val="it-IT"/>
              </w:rPr>
              <w:t>9. LA CANZONE: DALLA TESTA AI PIEDI</w:t>
            </w:r>
          </w:p>
        </w:tc>
      </w:tr>
    </w:tbl>
    <w:p w14:paraId="5FC5C1D2" w14:textId="77777777" w:rsidR="000740DD" w:rsidRPr="00C70A75" w:rsidRDefault="000740DD">
      <w:pPr>
        <w:spacing w:after="0" w:line="160" w:lineRule="exact"/>
        <w:rPr>
          <w:lang w:val="it-I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9"/>
        <w:gridCol w:w="5349"/>
      </w:tblGrid>
      <w:tr w:rsidR="000740DD" w14:paraId="28BB912A" w14:textId="77777777">
        <w:trPr>
          <w:trHeight w:hRule="exact" w:val="835"/>
        </w:trPr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0A975B9" w14:textId="77777777" w:rsidR="000740DD" w:rsidRDefault="00000000">
            <w:r>
              <w:rPr>
                <w:b/>
                <w:color w:val="0B4F9C"/>
                <w:sz w:val="21"/>
              </w:rPr>
              <w:t>NOME: __________________________________</w:t>
            </w:r>
          </w:p>
        </w:tc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0160B48" w14:textId="77777777" w:rsidR="000740DD" w:rsidRDefault="00000000">
            <w:r>
              <w:rPr>
                <w:b/>
                <w:color w:val="0B4F9C"/>
                <w:sz w:val="21"/>
              </w:rPr>
              <w:t>DATA: ____ / ____ / __________</w:t>
            </w:r>
          </w:p>
        </w:tc>
      </w:tr>
    </w:tbl>
    <w:p w14:paraId="3EBCC117" w14:textId="77777777" w:rsidR="000740DD" w:rsidRDefault="000740DD">
      <w:pPr>
        <w:spacing w:after="0" w:line="520" w:lineRule="exact"/>
      </w:pPr>
    </w:p>
    <w:p w14:paraId="6A48581C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30"/>
          <w:lang w:val="it-IT"/>
        </w:rPr>
        <w:t>ASCOLTA LA CANZONE E FAI I GESTI.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75"/>
        <w:gridCol w:w="2675"/>
        <w:gridCol w:w="2675"/>
        <w:gridCol w:w="2675"/>
      </w:tblGrid>
      <w:tr w:rsidR="000740DD" w14:paraId="14D7C364" w14:textId="77777777">
        <w:trPr>
          <w:trHeight w:hRule="exact" w:val="1368"/>
        </w:trPr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74691252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OCCHI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</w:tcPr>
          <w:p w14:paraId="7DF0C00F" w14:textId="77777777" w:rsidR="000740DD" w:rsidRDefault="00000000">
            <w:pPr>
              <w:jc w:val="center"/>
            </w:pPr>
            <w:r>
              <w:rPr>
                <w:b/>
                <w:color w:val="E07B20"/>
              </w:rPr>
              <w:t>GUARDO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1804EB6C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ORECCHIE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</w:tcPr>
          <w:p w14:paraId="0FC85E56" w14:textId="77777777" w:rsidR="000740DD" w:rsidRDefault="00000000">
            <w:pPr>
              <w:jc w:val="center"/>
            </w:pPr>
            <w:r>
              <w:rPr>
                <w:b/>
                <w:color w:val="E07B20"/>
              </w:rPr>
              <w:t>ASCOLTO</w:t>
            </w:r>
          </w:p>
        </w:tc>
      </w:tr>
      <w:tr w:rsidR="000740DD" w14:paraId="404A0E06" w14:textId="77777777">
        <w:trPr>
          <w:trHeight w:hRule="exact" w:val="1368"/>
        </w:trPr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346F8502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NASO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</w:tcPr>
          <w:p w14:paraId="354E619D" w14:textId="77777777" w:rsidR="000740DD" w:rsidRDefault="00000000">
            <w:pPr>
              <w:jc w:val="center"/>
            </w:pPr>
            <w:r>
              <w:rPr>
                <w:b/>
                <w:color w:val="E07B20"/>
              </w:rPr>
              <w:t>RESPIRO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F0"/>
          </w:tcPr>
          <w:p w14:paraId="1B038D3E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BOCCA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</w:tcPr>
          <w:p w14:paraId="724E48C1" w14:textId="77777777" w:rsidR="000740DD" w:rsidRDefault="00000000">
            <w:pPr>
              <w:jc w:val="center"/>
            </w:pPr>
            <w:r>
              <w:rPr>
                <w:b/>
                <w:color w:val="E07B20"/>
              </w:rPr>
              <w:t>CANTO</w:t>
            </w:r>
          </w:p>
        </w:tc>
      </w:tr>
      <w:tr w:rsidR="000740DD" w14:paraId="4A89F700" w14:textId="77777777">
        <w:trPr>
          <w:trHeight w:hRule="exact" w:val="1368"/>
        </w:trPr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7408C408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MANI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</w:tcPr>
          <w:p w14:paraId="0F556E88" w14:textId="77777777" w:rsidR="000740DD" w:rsidRDefault="00000000">
            <w:pPr>
              <w:jc w:val="center"/>
            </w:pPr>
            <w:r>
              <w:rPr>
                <w:b/>
                <w:color w:val="E07B20"/>
              </w:rPr>
              <w:t>CLAP CLAP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5B7E0230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PETTO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</w:tcPr>
          <w:p w14:paraId="0C26E0C7" w14:textId="77777777" w:rsidR="000740DD" w:rsidRDefault="00000000">
            <w:pPr>
              <w:jc w:val="center"/>
            </w:pPr>
            <w:r>
              <w:rPr>
                <w:b/>
                <w:color w:val="E07B20"/>
              </w:rPr>
              <w:t>TUM TUM</w:t>
            </w:r>
          </w:p>
        </w:tc>
      </w:tr>
      <w:tr w:rsidR="000740DD" w14:paraId="608874DD" w14:textId="77777777">
        <w:trPr>
          <w:trHeight w:hRule="exact" w:val="1368"/>
        </w:trPr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29D5AA7F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GAMBE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</w:tcPr>
          <w:p w14:paraId="04FA8868" w14:textId="77777777" w:rsidR="000740DD" w:rsidRDefault="00000000">
            <w:pPr>
              <w:jc w:val="center"/>
            </w:pPr>
            <w:r>
              <w:rPr>
                <w:b/>
                <w:color w:val="E07B20"/>
              </w:rPr>
              <w:t>SALTO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F0"/>
          </w:tcPr>
          <w:p w14:paraId="1A4FAF16" w14:textId="77777777" w:rsidR="000740DD" w:rsidRDefault="00000000">
            <w:pPr>
              <w:jc w:val="center"/>
            </w:pPr>
            <w:r>
              <w:rPr>
                <w:b/>
                <w:color w:val="0B4F9C"/>
              </w:rPr>
              <w:t>PIEDI</w:t>
            </w:r>
          </w:p>
        </w:tc>
        <w:tc>
          <w:tcPr>
            <w:tcW w:w="2675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</w:tcPr>
          <w:p w14:paraId="7DFCA665" w14:textId="77777777" w:rsidR="000740DD" w:rsidRDefault="00000000">
            <w:pPr>
              <w:jc w:val="center"/>
            </w:pPr>
            <w:r>
              <w:rPr>
                <w:b/>
                <w:color w:val="E07B20"/>
              </w:rPr>
              <w:t>TAP TAP</w:t>
            </w:r>
          </w:p>
        </w:tc>
      </w:tr>
    </w:tbl>
    <w:p w14:paraId="6DF82C02" w14:textId="77777777" w:rsidR="000740DD" w:rsidRDefault="00000000">
      <w:pPr>
        <w:spacing w:after="80"/>
        <w:jc w:val="center"/>
      </w:pPr>
      <w:r>
        <w:rPr>
          <w:b/>
          <w:color w:val="0B4F9C"/>
          <w:sz w:val="44"/>
        </w:rPr>
        <w:t>QUESTO CORPO SONO IO</w:t>
      </w:r>
    </w:p>
    <w:p w14:paraId="64BD2DE1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34"/>
          <w:lang w:val="it-IT"/>
        </w:rPr>
        <w:t>DALLA TESTA FINO AI PIEDI SONO IO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:rsidRPr="00C70A75" w14:paraId="3B96F2F4" w14:textId="77777777">
        <w:trPr>
          <w:trHeight w:hRule="exact" w:val="2088"/>
        </w:trPr>
        <w:tc>
          <w:tcPr>
            <w:tcW w:w="10699" w:type="dxa"/>
            <w:tcBorders>
              <w:top w:val="single" w:sz="12" w:space="0" w:color="80B8E5"/>
              <w:left w:val="single" w:sz="12" w:space="0" w:color="80B8E5"/>
              <w:bottom w:val="single" w:sz="12" w:space="0" w:color="80B8E5"/>
              <w:right w:val="single" w:sz="12" w:space="0" w:color="80B8E5"/>
            </w:tcBorders>
          </w:tcPr>
          <w:p w14:paraId="4895F2F8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color w:val="B9CDDC"/>
                <w:lang w:val="it-IT"/>
              </w:rPr>
              <w:t>DISEGNA IL GESTO DELLA CANZONE CHE TI PIACE DI PIÙ</w:t>
            </w:r>
          </w:p>
        </w:tc>
      </w:tr>
      <w:tr w:rsidR="000740DD" w:rsidRPr="00C70A75" w14:paraId="19BD8734" w14:textId="77777777">
        <w:trPr>
          <w:trHeight w:hRule="exact" w:val="936"/>
        </w:trPr>
        <w:tc>
          <w:tcPr>
            <w:tcW w:w="10699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28F352D5" w14:textId="77777777" w:rsidR="000740DD" w:rsidRPr="00C70A75" w:rsidRDefault="00000000">
            <w:pPr>
              <w:jc w:val="center"/>
              <w:rPr>
                <w:lang w:val="it-IT"/>
              </w:rPr>
            </w:pPr>
            <w:proofErr w:type="gramStart"/>
            <w:r w:rsidRPr="00C70A75">
              <w:rPr>
                <w:b/>
                <w:color w:val="0B4F9C"/>
                <w:sz w:val="24"/>
                <w:lang w:val="it-IT"/>
              </w:rPr>
              <w:t>ALLA FINE</w:t>
            </w:r>
            <w:proofErr w:type="gramEnd"/>
            <w:r w:rsidRPr="00C70A75">
              <w:rPr>
                <w:b/>
                <w:color w:val="0B4F9C"/>
                <w:sz w:val="24"/>
                <w:lang w:val="it-IT"/>
              </w:rPr>
              <w:t xml:space="preserve"> INDICA TE STESSO E DI': IO SONO IO.</w:t>
            </w:r>
          </w:p>
        </w:tc>
      </w:tr>
    </w:tbl>
    <w:p w14:paraId="16F896DB" w14:textId="77777777" w:rsidR="000740DD" w:rsidRPr="00C70A75" w:rsidRDefault="00000000">
      <w:pPr>
        <w:rPr>
          <w:lang w:val="it-IT"/>
        </w:rPr>
      </w:pPr>
      <w:r w:rsidRPr="00C70A75">
        <w:rPr>
          <w:lang w:val="it-IT"/>
        </w:rPr>
        <w:br w:type="page"/>
      </w:r>
    </w:p>
    <w:p w14:paraId="59C0158A" w14:textId="77777777" w:rsidR="000740DD" w:rsidRPr="00C70A75" w:rsidRDefault="000740DD">
      <w:pPr>
        <w:spacing w:after="0" w:line="360" w:lineRule="exact"/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14:paraId="667BBEEF" w14:textId="77777777">
        <w:trPr>
          <w:trHeight w:hRule="exact" w:val="792"/>
        </w:trPr>
        <w:tc>
          <w:tcPr>
            <w:tcW w:w="10699" w:type="dxa"/>
            <w:tcBorders>
              <w:top w:val="single" w:sz="12" w:space="0" w:color="4D99D8"/>
              <w:left w:val="single" w:sz="12" w:space="0" w:color="4D99D8"/>
              <w:bottom w:val="single" w:sz="12" w:space="0" w:color="4D99D8"/>
              <w:right w:val="single" w:sz="12" w:space="0" w:color="4D99D8"/>
            </w:tcBorders>
            <w:shd w:val="clear" w:color="auto" w:fill="EAF5FF"/>
            <w:vAlign w:val="center"/>
          </w:tcPr>
          <w:p w14:paraId="39074200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36"/>
              </w:rPr>
              <w:t>10. QUESTO CORPO SONO IO</w:t>
            </w:r>
          </w:p>
        </w:tc>
      </w:tr>
    </w:tbl>
    <w:p w14:paraId="3458B4DC" w14:textId="77777777" w:rsidR="000740DD" w:rsidRDefault="000740DD">
      <w:pPr>
        <w:spacing w:after="0" w:line="1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9"/>
        <w:gridCol w:w="5349"/>
      </w:tblGrid>
      <w:tr w:rsidR="000740DD" w14:paraId="72BD0A46" w14:textId="77777777">
        <w:trPr>
          <w:trHeight w:hRule="exact" w:val="835"/>
        </w:trPr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A1F3430" w14:textId="77777777" w:rsidR="000740DD" w:rsidRDefault="00000000">
            <w:r>
              <w:rPr>
                <w:b/>
                <w:color w:val="0B4F9C"/>
                <w:sz w:val="21"/>
              </w:rPr>
              <w:t>NOME: __________________________________</w:t>
            </w:r>
          </w:p>
        </w:tc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A21EE3B" w14:textId="77777777" w:rsidR="000740DD" w:rsidRDefault="00000000">
            <w:r>
              <w:rPr>
                <w:b/>
                <w:color w:val="0B4F9C"/>
                <w:sz w:val="21"/>
              </w:rPr>
              <w:t>DATA: ____ / ____ / __________</w:t>
            </w:r>
          </w:p>
        </w:tc>
      </w:tr>
    </w:tbl>
    <w:p w14:paraId="59400C26" w14:textId="77777777" w:rsidR="000740DD" w:rsidRDefault="000740DD">
      <w:pPr>
        <w:spacing w:after="0" w:line="520" w:lineRule="exact"/>
      </w:pPr>
    </w:p>
    <w:p w14:paraId="091EFD3A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32"/>
          <w:lang w:val="it-IT"/>
        </w:rPr>
        <w:t>GUARDATI ALLO SPECCHIO. POI DISEGNA TE STESSO.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14:paraId="6C6F5EEF" w14:textId="77777777">
        <w:trPr>
          <w:trHeight w:hRule="exact" w:val="8640"/>
        </w:trPr>
        <w:tc>
          <w:tcPr>
            <w:tcW w:w="10699" w:type="dxa"/>
            <w:tcBorders>
              <w:top w:val="single" w:sz="12" w:space="0" w:color="80B8E5"/>
              <w:left w:val="single" w:sz="12" w:space="0" w:color="80B8E5"/>
              <w:bottom w:val="single" w:sz="12" w:space="0" w:color="80B8E5"/>
              <w:right w:val="single" w:sz="12" w:space="0" w:color="80B8E5"/>
            </w:tcBorders>
          </w:tcPr>
          <w:p w14:paraId="04E5515F" w14:textId="77777777" w:rsidR="000740DD" w:rsidRDefault="00000000">
            <w:pPr>
              <w:jc w:val="center"/>
            </w:pPr>
            <w:r>
              <w:rPr>
                <w:color w:val="B9CDDC"/>
              </w:rPr>
              <w:t>IO</w:t>
            </w:r>
          </w:p>
        </w:tc>
      </w:tr>
      <w:tr w:rsidR="000740DD" w14:paraId="35D519AD" w14:textId="77777777">
        <w:trPr>
          <w:trHeight w:hRule="exact" w:val="936"/>
        </w:trPr>
        <w:tc>
          <w:tcPr>
            <w:tcW w:w="10699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0799E439" w14:textId="77777777" w:rsidR="000740DD" w:rsidRDefault="00000000">
            <w:pPr>
              <w:jc w:val="center"/>
            </w:pPr>
            <w:r w:rsidRPr="00C70A75">
              <w:rPr>
                <w:b/>
                <w:color w:val="0B4F9C"/>
                <w:sz w:val="24"/>
                <w:lang w:val="it-IT"/>
              </w:rPr>
              <w:t xml:space="preserve">DISEGNA TESTA, CORPO, BRACCIA, MANI, GAMBE E PIEDI. </w:t>
            </w:r>
            <w:r>
              <w:rPr>
                <w:b/>
                <w:color w:val="0B4F9C"/>
                <w:sz w:val="24"/>
              </w:rPr>
              <w:t>POI COLORA.</w:t>
            </w:r>
          </w:p>
        </w:tc>
      </w:tr>
    </w:tbl>
    <w:p w14:paraId="4B46D9D0" w14:textId="77777777" w:rsidR="000740DD" w:rsidRDefault="00000000">
      <w:r>
        <w:br w:type="page"/>
      </w:r>
    </w:p>
    <w:p w14:paraId="781EE3D7" w14:textId="77777777" w:rsidR="000740DD" w:rsidRDefault="000740DD">
      <w:pPr>
        <w:spacing w:after="0" w:line="360" w:lineRule="exact"/>
      </w:pPr>
    </w:p>
    <w:p w14:paraId="092F2057" w14:textId="77777777" w:rsidR="00C70A75" w:rsidRDefault="00C70A75">
      <w:pPr>
        <w:spacing w:after="0" w:line="360" w:lineRule="exac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14:paraId="29CD30F8" w14:textId="77777777">
        <w:trPr>
          <w:trHeight w:hRule="exact" w:val="792"/>
        </w:trPr>
        <w:tc>
          <w:tcPr>
            <w:tcW w:w="10699" w:type="dxa"/>
            <w:tcBorders>
              <w:top w:val="single" w:sz="12" w:space="0" w:color="4D99D8"/>
              <w:left w:val="single" w:sz="12" w:space="0" w:color="4D99D8"/>
              <w:bottom w:val="single" w:sz="12" w:space="0" w:color="4D99D8"/>
              <w:right w:val="single" w:sz="12" w:space="0" w:color="4D99D8"/>
            </w:tcBorders>
            <w:shd w:val="clear" w:color="auto" w:fill="EAF5FF"/>
            <w:vAlign w:val="center"/>
          </w:tcPr>
          <w:p w14:paraId="5417A2CB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36"/>
              </w:rPr>
              <w:t>11. LUMI SI MUOVE</w:t>
            </w:r>
          </w:p>
        </w:tc>
      </w:tr>
    </w:tbl>
    <w:p w14:paraId="3FDC7129" w14:textId="77777777" w:rsidR="000740DD" w:rsidRDefault="000740DD">
      <w:pPr>
        <w:spacing w:after="0" w:line="1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9"/>
        <w:gridCol w:w="5349"/>
      </w:tblGrid>
      <w:tr w:rsidR="000740DD" w14:paraId="18039FC5" w14:textId="77777777">
        <w:trPr>
          <w:trHeight w:hRule="exact" w:val="835"/>
        </w:trPr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6EE0E49" w14:textId="77777777" w:rsidR="000740DD" w:rsidRDefault="00000000">
            <w:r>
              <w:rPr>
                <w:b/>
                <w:color w:val="0B4F9C"/>
                <w:sz w:val="21"/>
              </w:rPr>
              <w:t>NOME: __________________________________</w:t>
            </w:r>
          </w:p>
        </w:tc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5A6B892" w14:textId="77777777" w:rsidR="000740DD" w:rsidRDefault="00000000">
            <w:r>
              <w:rPr>
                <w:b/>
                <w:color w:val="0B4F9C"/>
                <w:sz w:val="21"/>
              </w:rPr>
              <w:t>DATA: ____ / ____ / __________</w:t>
            </w:r>
          </w:p>
        </w:tc>
      </w:tr>
    </w:tbl>
    <w:p w14:paraId="5E14FD3D" w14:textId="77777777" w:rsidR="000740DD" w:rsidRDefault="000740DD">
      <w:pPr>
        <w:spacing w:after="0" w:line="520" w:lineRule="exact"/>
      </w:pPr>
    </w:p>
    <w:p w14:paraId="66440199" w14:textId="77777777" w:rsidR="000740D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54D55F89" wp14:editId="18BEF7DE">
            <wp:extent cx="5394960" cy="441857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441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66"/>
        <w:gridCol w:w="3566"/>
        <w:gridCol w:w="3567"/>
      </w:tblGrid>
      <w:tr w:rsidR="000740DD" w14:paraId="00BF8DB2" w14:textId="77777777">
        <w:trPr>
          <w:trHeight w:hRule="exact" w:val="1152"/>
        </w:trPr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59FE2EC3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30"/>
              </w:rPr>
              <w:t>CAMMINA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0754C310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30"/>
              </w:rPr>
              <w:t>CORRE</w:t>
            </w:r>
          </w:p>
        </w:tc>
        <w:tc>
          <w:tcPr>
            <w:tcW w:w="3566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59CBF695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30"/>
              </w:rPr>
              <w:t>SALTA</w:t>
            </w:r>
          </w:p>
        </w:tc>
      </w:tr>
      <w:tr w:rsidR="000740DD" w14:paraId="04EB0E15" w14:textId="77777777">
        <w:trPr>
          <w:trHeight w:hRule="exact" w:val="936"/>
        </w:trPr>
        <w:tc>
          <w:tcPr>
            <w:tcW w:w="10699" w:type="dxa"/>
            <w:gridSpan w:val="3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4FAB97CA" w14:textId="77777777" w:rsidR="000740DD" w:rsidRDefault="00000000">
            <w:pPr>
              <w:jc w:val="center"/>
            </w:pPr>
            <w:r w:rsidRPr="00C70A75">
              <w:rPr>
                <w:b/>
                <w:color w:val="0B4F9C"/>
                <w:sz w:val="24"/>
                <w:lang w:val="it-IT"/>
              </w:rPr>
              <w:t xml:space="preserve">OSSERVA LUMI. INDICA CHI CAMMINA, CHI CORRE E CHI SALTA. </w:t>
            </w:r>
            <w:r>
              <w:rPr>
                <w:b/>
                <w:color w:val="0B4F9C"/>
                <w:sz w:val="24"/>
              </w:rPr>
              <w:t>POI IMITA UN MOVIMENTO.</w:t>
            </w:r>
          </w:p>
        </w:tc>
      </w:tr>
    </w:tbl>
    <w:p w14:paraId="4887F792" w14:textId="77777777" w:rsidR="000740DD" w:rsidRDefault="00000000">
      <w:r>
        <w:br w:type="page"/>
      </w:r>
    </w:p>
    <w:p w14:paraId="233181DE" w14:textId="77777777" w:rsidR="000740DD" w:rsidRDefault="000740DD">
      <w:pPr>
        <w:spacing w:after="0" w:line="360" w:lineRule="exact"/>
      </w:pPr>
    </w:p>
    <w:p w14:paraId="2908DE6B" w14:textId="77777777" w:rsidR="00C70A75" w:rsidRDefault="00C70A75">
      <w:pPr>
        <w:spacing w:after="0" w:line="360" w:lineRule="exac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:rsidRPr="00C70A75" w14:paraId="3F92660A" w14:textId="77777777">
        <w:trPr>
          <w:trHeight w:hRule="exact" w:val="792"/>
        </w:trPr>
        <w:tc>
          <w:tcPr>
            <w:tcW w:w="10699" w:type="dxa"/>
            <w:tcBorders>
              <w:top w:val="single" w:sz="12" w:space="0" w:color="4D99D8"/>
              <w:left w:val="single" w:sz="12" w:space="0" w:color="4D99D8"/>
              <w:bottom w:val="single" w:sz="12" w:space="0" w:color="4D99D8"/>
              <w:right w:val="single" w:sz="12" w:space="0" w:color="4D99D8"/>
            </w:tcBorders>
            <w:shd w:val="clear" w:color="auto" w:fill="EAF5FF"/>
            <w:vAlign w:val="center"/>
          </w:tcPr>
          <w:p w14:paraId="3D4FF5B8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36"/>
                <w:lang w:val="it-IT"/>
              </w:rPr>
              <w:t>12. IL MIO VIAGGIO NEL CORPO</w:t>
            </w:r>
          </w:p>
        </w:tc>
      </w:tr>
    </w:tbl>
    <w:p w14:paraId="6E61716F" w14:textId="77777777" w:rsidR="000740DD" w:rsidRPr="00C70A75" w:rsidRDefault="000740DD">
      <w:pPr>
        <w:spacing w:after="0" w:line="160" w:lineRule="exact"/>
        <w:rPr>
          <w:lang w:val="it-I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9"/>
        <w:gridCol w:w="5349"/>
      </w:tblGrid>
      <w:tr w:rsidR="000740DD" w14:paraId="424E53CD" w14:textId="77777777">
        <w:trPr>
          <w:trHeight w:hRule="exact" w:val="835"/>
        </w:trPr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B49AD6E" w14:textId="77777777" w:rsidR="000740DD" w:rsidRDefault="00000000">
            <w:r>
              <w:rPr>
                <w:b/>
                <w:color w:val="0B4F9C"/>
                <w:sz w:val="21"/>
              </w:rPr>
              <w:t>NOME: __________________________________</w:t>
            </w:r>
          </w:p>
        </w:tc>
        <w:tc>
          <w:tcPr>
            <w:tcW w:w="53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48F2369" w14:textId="77777777" w:rsidR="000740DD" w:rsidRDefault="00000000">
            <w:r>
              <w:rPr>
                <w:b/>
                <w:color w:val="0B4F9C"/>
                <w:sz w:val="21"/>
              </w:rPr>
              <w:t>DATA: ____ / ____ / __________</w:t>
            </w:r>
          </w:p>
        </w:tc>
      </w:tr>
    </w:tbl>
    <w:p w14:paraId="51F1C573" w14:textId="77777777" w:rsidR="000740DD" w:rsidRDefault="000740DD">
      <w:pPr>
        <w:spacing w:after="0" w:line="520" w:lineRule="exac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40"/>
        <w:gridCol w:w="2140"/>
        <w:gridCol w:w="2140"/>
        <w:gridCol w:w="2140"/>
        <w:gridCol w:w="2140"/>
      </w:tblGrid>
      <w:tr w:rsidR="000740DD" w14:paraId="7CB0BA14" w14:textId="77777777">
        <w:trPr>
          <w:trHeight w:hRule="exact" w:val="1224"/>
        </w:trPr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4330AEC9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2"/>
              </w:rPr>
              <w:t>GUARDO</w:t>
            </w:r>
          </w:p>
        </w:tc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7E8"/>
          </w:tcPr>
          <w:p w14:paraId="3DAE1EF9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2"/>
              </w:rPr>
              <w:t>ASCOLTO</w:t>
            </w:r>
          </w:p>
        </w:tc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6CC"/>
          </w:tcPr>
          <w:p w14:paraId="5BE71B02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2"/>
              </w:rPr>
              <w:t>RESPIRO</w:t>
            </w:r>
          </w:p>
        </w:tc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D8"/>
          </w:tcPr>
          <w:p w14:paraId="4C0412CA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2"/>
              </w:rPr>
              <w:t>TOCCO</w:t>
            </w:r>
          </w:p>
        </w:tc>
        <w:tc>
          <w:tcPr>
            <w:tcW w:w="2140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FFF0F0"/>
          </w:tcPr>
          <w:p w14:paraId="53519AE9" w14:textId="77777777" w:rsidR="000740DD" w:rsidRDefault="00000000">
            <w:pPr>
              <w:jc w:val="center"/>
            </w:pPr>
            <w:r>
              <w:rPr>
                <w:b/>
                <w:color w:val="0B4F9C"/>
                <w:sz w:val="22"/>
              </w:rPr>
              <w:t>MI MUOVO</w:t>
            </w:r>
          </w:p>
        </w:tc>
      </w:tr>
    </w:tbl>
    <w:p w14:paraId="22DF7E83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34"/>
          <w:lang w:val="it-IT"/>
        </w:rPr>
        <w:t>TUTTO QUESTO LO FACCIO CON IL MIO CORPO.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:rsidRPr="00C70A75" w14:paraId="2ABA757F" w14:textId="77777777">
        <w:trPr>
          <w:trHeight w:hRule="exact" w:val="6768"/>
        </w:trPr>
        <w:tc>
          <w:tcPr>
            <w:tcW w:w="10699" w:type="dxa"/>
            <w:tcBorders>
              <w:top w:val="single" w:sz="12" w:space="0" w:color="80B8E5"/>
              <w:left w:val="single" w:sz="12" w:space="0" w:color="80B8E5"/>
              <w:bottom w:val="single" w:sz="12" w:space="0" w:color="80B8E5"/>
              <w:right w:val="single" w:sz="12" w:space="0" w:color="80B8E5"/>
            </w:tcBorders>
          </w:tcPr>
          <w:p w14:paraId="73053B22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color w:val="B9CDDC"/>
                <w:lang w:val="it-IT"/>
              </w:rPr>
              <w:t>DISEGNA IL TUO MOVIMENTO PREFERITO</w:t>
            </w:r>
          </w:p>
        </w:tc>
      </w:tr>
    </w:tbl>
    <w:p w14:paraId="4E3A6393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36"/>
          <w:lang w:val="it-IT"/>
        </w:rPr>
        <w:t>QUESTO CORPO SONO IO.</w:t>
      </w:r>
    </w:p>
    <w:p w14:paraId="310AE175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E38A20"/>
          <w:sz w:val="52"/>
          <w:lang w:val="it-IT"/>
        </w:rPr>
        <w:t>IO SONO IO.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</w:tblGrid>
      <w:tr w:rsidR="000740DD" w:rsidRPr="00C70A75" w14:paraId="6114FC1A" w14:textId="77777777">
        <w:trPr>
          <w:trHeight w:hRule="exact" w:val="936"/>
        </w:trPr>
        <w:tc>
          <w:tcPr>
            <w:tcW w:w="10699" w:type="dxa"/>
            <w:tcBorders>
              <w:top w:val="single" w:sz="10" w:space="0" w:color="72AEE6"/>
              <w:left w:val="single" w:sz="10" w:space="0" w:color="72AEE6"/>
              <w:bottom w:val="single" w:sz="10" w:space="0" w:color="72AEE6"/>
              <w:right w:val="single" w:sz="10" w:space="0" w:color="72AEE6"/>
            </w:tcBorders>
            <w:shd w:val="clear" w:color="auto" w:fill="EAF5FF"/>
          </w:tcPr>
          <w:p w14:paraId="0978244B" w14:textId="77777777" w:rsidR="000740DD" w:rsidRPr="00C70A75" w:rsidRDefault="00000000">
            <w:pPr>
              <w:jc w:val="center"/>
              <w:rPr>
                <w:lang w:val="it-IT"/>
              </w:rPr>
            </w:pPr>
            <w:r w:rsidRPr="00C70A75">
              <w:rPr>
                <w:b/>
                <w:color w:val="0B4F9C"/>
                <w:sz w:val="24"/>
                <w:lang w:val="it-IT"/>
              </w:rPr>
              <w:t>DISEGNA, COLORA E RACCONTA IL TUO MOVIMENTO.</w:t>
            </w:r>
          </w:p>
        </w:tc>
      </w:tr>
    </w:tbl>
    <w:p w14:paraId="7D186DBF" w14:textId="77777777" w:rsidR="000740DD" w:rsidRPr="00C70A75" w:rsidRDefault="00000000">
      <w:pPr>
        <w:rPr>
          <w:lang w:val="it-IT"/>
        </w:rPr>
      </w:pPr>
      <w:r w:rsidRPr="00C70A75">
        <w:rPr>
          <w:lang w:val="it-IT"/>
        </w:rPr>
        <w:br w:type="page"/>
      </w:r>
    </w:p>
    <w:p w14:paraId="2D3745B4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E38A20"/>
          <w:sz w:val="60"/>
          <w:lang w:val="it-IT"/>
        </w:rPr>
        <w:lastRenderedPageBreak/>
        <w:t>BRAVO!</w:t>
      </w:r>
    </w:p>
    <w:p w14:paraId="3C79D40C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40"/>
          <w:lang w:val="it-IT"/>
        </w:rPr>
        <w:t>HAI VIAGGIATO DALLA TESTA AI PIEDI!</w:t>
      </w:r>
    </w:p>
    <w:p w14:paraId="28C8990B" w14:textId="77777777" w:rsidR="000740D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7137C51B" wp14:editId="03918543">
            <wp:extent cx="3749039" cy="562355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FINALE(1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9039" cy="562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3F5D1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24"/>
          <w:lang w:val="it-IT"/>
        </w:rPr>
        <w:t>HO GUARDATO · HO ASCOLTATO · HO RESPIRATO</w:t>
      </w:r>
    </w:p>
    <w:p w14:paraId="571A1CF4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24"/>
          <w:lang w:val="it-IT"/>
        </w:rPr>
        <w:t>HO TOCCATO · MI SONO MOSSO · HO IMPARATO</w:t>
      </w:r>
    </w:p>
    <w:p w14:paraId="1FD5A82A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38"/>
          <w:lang w:val="it-IT"/>
        </w:rPr>
        <w:t>QUESTO CORPO SONO IO.</w:t>
      </w:r>
    </w:p>
    <w:p w14:paraId="62A11FD5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E38A20"/>
          <w:sz w:val="54"/>
          <w:lang w:val="it-IT"/>
        </w:rPr>
        <w:t>IO SONO IO.</w:t>
      </w:r>
    </w:p>
    <w:p w14:paraId="5A4F20A5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20"/>
          <w:lang w:val="it-IT"/>
        </w:rPr>
        <w:t>A CURA DELLA DOTT.SSA ANGELA RUOTOLO</w:t>
      </w:r>
    </w:p>
    <w:p w14:paraId="28A433DB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16"/>
          <w:lang w:val="it-IT"/>
        </w:rPr>
        <w:t>DOCENTE · PEDAGOGISTA CLINICO · PSICOLOGO CLINICO</w:t>
      </w:r>
    </w:p>
    <w:p w14:paraId="3E663133" w14:textId="77777777" w:rsidR="000740DD" w:rsidRPr="00C70A75" w:rsidRDefault="00000000">
      <w:pPr>
        <w:spacing w:after="80"/>
        <w:jc w:val="center"/>
        <w:rPr>
          <w:lang w:val="it-IT"/>
        </w:rPr>
      </w:pPr>
      <w:r w:rsidRPr="00C70A75">
        <w:rPr>
          <w:b/>
          <w:color w:val="0B4F9C"/>
          <w:sz w:val="16"/>
          <w:lang w:val="it-IT"/>
        </w:rPr>
        <w:t>TUTTI I DIRITTI RISERVATI</w:t>
      </w:r>
    </w:p>
    <w:sectPr w:rsidR="000740DD" w:rsidRPr="00C70A75" w:rsidSect="00034616">
      <w:pgSz w:w="11909" w:h="16834"/>
      <w:pgMar w:top="504" w:right="605" w:bottom="504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0957357">
    <w:abstractNumId w:val="8"/>
  </w:num>
  <w:num w:numId="2" w16cid:durableId="996885234">
    <w:abstractNumId w:val="6"/>
  </w:num>
  <w:num w:numId="3" w16cid:durableId="1111433814">
    <w:abstractNumId w:val="5"/>
  </w:num>
  <w:num w:numId="4" w16cid:durableId="1913812357">
    <w:abstractNumId w:val="4"/>
  </w:num>
  <w:num w:numId="5" w16cid:durableId="1764111403">
    <w:abstractNumId w:val="7"/>
  </w:num>
  <w:num w:numId="6" w16cid:durableId="955794052">
    <w:abstractNumId w:val="3"/>
  </w:num>
  <w:num w:numId="7" w16cid:durableId="84153791">
    <w:abstractNumId w:val="2"/>
  </w:num>
  <w:num w:numId="8" w16cid:durableId="260796387">
    <w:abstractNumId w:val="1"/>
  </w:num>
  <w:num w:numId="9" w16cid:durableId="1507211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40DD"/>
    <w:rsid w:val="0015074B"/>
    <w:rsid w:val="0029639D"/>
    <w:rsid w:val="00326F90"/>
    <w:rsid w:val="006E5E66"/>
    <w:rsid w:val="00AA1D8D"/>
    <w:rsid w:val="00B47730"/>
    <w:rsid w:val="00C70A7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F8B88"/>
  <w14:defaultImageDpi w14:val="300"/>
  <w15:docId w15:val="{9BE60D8B-878B-4448-9A21-CDC3D1AA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omic Sans MS" w:hAnsi="Comic Sans MS"/>
      <w:sz w:val="2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RUOTOLO ANGELA</cp:lastModifiedBy>
  <cp:revision>2</cp:revision>
  <dcterms:created xsi:type="dcterms:W3CDTF">2026-10-05T18:41:00Z</dcterms:created>
  <dcterms:modified xsi:type="dcterms:W3CDTF">2026-10-05T18:41:00Z</dcterms:modified>
  <cp:category/>
</cp:coreProperties>
</file>