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10D5D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522EA25C" wp14:editId="62178188">
            <wp:extent cx="6660000" cy="99632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MBE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996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60DA800C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7A6A7369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lastRenderedPageBreak/>
              <w:t>CON LE MIE GAMBE CAMMINO, CORRO, SALTO, BALLO E SCOPRO IL MONDO!</w:t>
            </w:r>
          </w:p>
        </w:tc>
      </w:tr>
    </w:tbl>
    <w:p w14:paraId="396F44C5" w14:textId="77777777" w:rsidR="005827C7" w:rsidRDefault="00000000">
      <w:r>
        <w:br w:type="page"/>
      </w:r>
    </w:p>
    <w:p w14:paraId="7CAE0F6E" w14:textId="77777777" w:rsidR="005827C7" w:rsidRDefault="00000000">
      <w:pPr>
        <w:jc w:val="center"/>
      </w:pPr>
      <w:r>
        <w:rPr>
          <w:b/>
          <w:color w:val="144C91"/>
          <w:sz w:val="50"/>
        </w:rPr>
        <w:lastRenderedPageBreak/>
        <w:t>IO E LE MIE GAMBE</w:t>
      </w:r>
    </w:p>
    <w:p w14:paraId="3C92F54F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3AD11DA4" wp14:editId="036AF140">
            <wp:extent cx="6552000" cy="365670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ONE GAMBE 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365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74AB21C1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6CD9A566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GUARDA CON LUMI: GAMBE · CAMMINARE · CORRERE · SALTARE · BALLARE · FERMARSI.</w:t>
            </w:r>
          </w:p>
        </w:tc>
      </w:tr>
    </w:tbl>
    <w:p w14:paraId="643AD1F0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54A2BCCF" w14:textId="77777777">
        <w:trPr>
          <w:jc w:val="center"/>
        </w:trPr>
        <w:tc>
          <w:tcPr>
            <w:tcW w:w="5471" w:type="dxa"/>
          </w:tcPr>
          <w:p w14:paraId="3F94C286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48F75C74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023235E8" w14:textId="77777777" w:rsidR="005827C7" w:rsidRDefault="00000000">
      <w:pPr>
        <w:jc w:val="center"/>
      </w:pPr>
      <w:r>
        <w:rPr>
          <w:b/>
          <w:color w:val="144C91"/>
          <w:sz w:val="50"/>
        </w:rPr>
        <w:t>1. SCOPRO LE MIE GAMBE</w:t>
      </w:r>
    </w:p>
    <w:p w14:paraId="5B4ABD8D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38B5E178" wp14:editId="34977B6E">
            <wp:extent cx="6372000" cy="795510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795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623F6733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5D56B3DF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COLORA SOLO LE GAMBE DI LUMI. POI TOCCA LE TUE GAMBE.</w:t>
            </w:r>
          </w:p>
        </w:tc>
      </w:tr>
    </w:tbl>
    <w:p w14:paraId="3566ECAA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1919035C" w14:textId="77777777">
        <w:trPr>
          <w:jc w:val="center"/>
        </w:trPr>
        <w:tc>
          <w:tcPr>
            <w:tcW w:w="5471" w:type="dxa"/>
          </w:tcPr>
          <w:p w14:paraId="48920721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252860DF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6FA2AAAC" w14:textId="77777777" w:rsidR="005827C7" w:rsidRDefault="00000000">
      <w:pPr>
        <w:jc w:val="center"/>
      </w:pPr>
      <w:r>
        <w:rPr>
          <w:b/>
          <w:color w:val="144C91"/>
          <w:sz w:val="50"/>
        </w:rPr>
        <w:t>2. DOVE SONO LE MIE GAMBE?</w:t>
      </w:r>
    </w:p>
    <w:p w14:paraId="4E7A88E9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326705B3" wp14:editId="35527C98">
            <wp:extent cx="6372000" cy="785749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785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211CCC7A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4DE3395F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CERCHIA LE GAMBE. POI INDICA LE TUE GAMBE.</w:t>
            </w:r>
          </w:p>
        </w:tc>
      </w:tr>
    </w:tbl>
    <w:p w14:paraId="68DD2B6D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2A5427B6" w14:textId="77777777">
        <w:trPr>
          <w:jc w:val="center"/>
        </w:trPr>
        <w:tc>
          <w:tcPr>
            <w:tcW w:w="5471" w:type="dxa"/>
          </w:tcPr>
          <w:p w14:paraId="07D7DCE7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7F423765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79843B11" w14:textId="77777777" w:rsidR="005827C7" w:rsidRDefault="00000000">
      <w:pPr>
        <w:jc w:val="center"/>
      </w:pPr>
      <w:r>
        <w:rPr>
          <w:b/>
          <w:color w:val="144C91"/>
          <w:sz w:val="50"/>
        </w:rPr>
        <w:t>3. COSA FANNO LE MIE GAMBE?</w:t>
      </w:r>
    </w:p>
    <w:p w14:paraId="60DB0617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3882A185" wp14:editId="067B3E0B">
            <wp:extent cx="6372000" cy="668764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668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19146F25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4D859791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OSSERVA E NOMINA: CAMMINARE · CORRERE · SALTARE · BALLARE.</w:t>
            </w:r>
          </w:p>
        </w:tc>
      </w:tr>
    </w:tbl>
    <w:p w14:paraId="3FF88D46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443D409E" w14:textId="77777777">
        <w:trPr>
          <w:jc w:val="center"/>
        </w:trPr>
        <w:tc>
          <w:tcPr>
            <w:tcW w:w="5471" w:type="dxa"/>
          </w:tcPr>
          <w:p w14:paraId="3D507E10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5400F82A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7CE4D3AC" w14:textId="77777777" w:rsidR="005827C7" w:rsidRDefault="00000000">
      <w:pPr>
        <w:jc w:val="center"/>
      </w:pPr>
      <w:r>
        <w:rPr>
          <w:b/>
          <w:color w:val="144C91"/>
          <w:sz w:val="50"/>
        </w:rPr>
        <w:t>4. PASSI IN MOVIMENTO</w:t>
      </w:r>
    </w:p>
    <w:p w14:paraId="71996B5C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4107CD7D" wp14:editId="636315AA">
            <wp:extent cx="6372000" cy="646738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646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390FC987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25B8AE9F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RIPASSA LE LINEE: PIANO COME LA TARTARUGA · VELOCE COME IL CONIGLIO · FERMO.</w:t>
            </w:r>
          </w:p>
        </w:tc>
      </w:tr>
    </w:tbl>
    <w:p w14:paraId="2DB309A0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487B5104" w14:textId="77777777">
        <w:trPr>
          <w:jc w:val="center"/>
        </w:trPr>
        <w:tc>
          <w:tcPr>
            <w:tcW w:w="5471" w:type="dxa"/>
          </w:tcPr>
          <w:p w14:paraId="488500D6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317DF70C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3DDFCF22" w14:textId="77777777" w:rsidR="005827C7" w:rsidRDefault="00000000">
      <w:pPr>
        <w:jc w:val="center"/>
      </w:pPr>
      <w:r>
        <w:rPr>
          <w:b/>
          <w:color w:val="144C91"/>
          <w:sz w:val="50"/>
        </w:rPr>
        <w:t>5. EQUILIBRIO E DIVERTIMENTO</w:t>
      </w:r>
    </w:p>
    <w:p w14:paraId="4E1A2C88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6B43121E" wp14:editId="071AF04E">
            <wp:extent cx="6372000" cy="646738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646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615476A1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5D2B4DCC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COLORA L'AZIONE CHE TI PIACE DI PIÙ. PUOI ANCHE IMITARLA CON LUMI.</w:t>
            </w:r>
          </w:p>
        </w:tc>
      </w:tr>
    </w:tbl>
    <w:p w14:paraId="0057F16F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06FF178F" w14:textId="77777777">
        <w:trPr>
          <w:jc w:val="center"/>
        </w:trPr>
        <w:tc>
          <w:tcPr>
            <w:tcW w:w="5471" w:type="dxa"/>
          </w:tcPr>
          <w:p w14:paraId="48D5D4DD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4E53FC33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03377310" w14:textId="77777777" w:rsidR="005827C7" w:rsidRDefault="00000000">
      <w:pPr>
        <w:jc w:val="center"/>
      </w:pPr>
      <w:r>
        <w:rPr>
          <w:b/>
          <w:color w:val="144C91"/>
          <w:sz w:val="50"/>
        </w:rPr>
        <w:t>6. VICINO E LONTANO</w:t>
      </w:r>
    </w:p>
    <w:p w14:paraId="0145E370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2F8186ED" wp14:editId="1721FA7B">
            <wp:extent cx="6372000" cy="566180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566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4D0BBF61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7133031F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COLORA CHI È VICINO. POI PROVA AD AVVICINARTI E AD ALLONTANARTI.</w:t>
            </w:r>
          </w:p>
        </w:tc>
      </w:tr>
    </w:tbl>
    <w:p w14:paraId="56B9D476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5645E0EC" w14:textId="77777777">
        <w:trPr>
          <w:jc w:val="center"/>
        </w:trPr>
        <w:tc>
          <w:tcPr>
            <w:tcW w:w="5471" w:type="dxa"/>
          </w:tcPr>
          <w:p w14:paraId="3218A61C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76A94195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51D297DF" w14:textId="77777777" w:rsidR="005827C7" w:rsidRDefault="00000000">
      <w:pPr>
        <w:jc w:val="center"/>
      </w:pPr>
      <w:r>
        <w:rPr>
          <w:b/>
          <w:color w:val="144C91"/>
          <w:sz w:val="50"/>
        </w:rPr>
        <w:t>7. LE MIE GAMBE FANNO MUSICA</w:t>
      </w:r>
    </w:p>
    <w:p w14:paraId="1719338F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0D9305FF" wp14:editId="5C59BBC9">
            <wp:extent cx="6372000" cy="547534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547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550F4A48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3CDBBDDB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MARCIA · SALTA · BATTI I PIEDI. SEGUI IL RITMO E FERMATI QUANDO LA MUSICA SI FERMA.</w:t>
            </w:r>
          </w:p>
        </w:tc>
      </w:tr>
    </w:tbl>
    <w:p w14:paraId="46A1902F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0DBBAD29" w14:textId="77777777">
        <w:trPr>
          <w:jc w:val="center"/>
        </w:trPr>
        <w:tc>
          <w:tcPr>
            <w:tcW w:w="5471" w:type="dxa"/>
          </w:tcPr>
          <w:p w14:paraId="3F2547B8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143D4639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73EEB710" w14:textId="77777777" w:rsidR="005827C7" w:rsidRDefault="00000000">
      <w:pPr>
        <w:jc w:val="center"/>
      </w:pPr>
      <w:r>
        <w:rPr>
          <w:b/>
          <w:color w:val="144C91"/>
          <w:sz w:val="50"/>
        </w:rPr>
        <w:t>8. RIPASSO E COLORO LE PAROLE</w:t>
      </w:r>
    </w:p>
    <w:p w14:paraId="27F1D15B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7985F80A" wp14:editId="238998A9">
            <wp:extent cx="6372000" cy="547534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547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3463799C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02F9634F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RIPASSA CON IL DITO, POI CON LA MATITA. INFINE COLORA LE PAROLE.</w:t>
            </w:r>
          </w:p>
        </w:tc>
      </w:tr>
    </w:tbl>
    <w:p w14:paraId="673D1A15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03A5E39B" w14:textId="77777777">
        <w:trPr>
          <w:jc w:val="center"/>
        </w:trPr>
        <w:tc>
          <w:tcPr>
            <w:tcW w:w="5471" w:type="dxa"/>
          </w:tcPr>
          <w:p w14:paraId="2E1E8241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6377BD4B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0E19605E" w14:textId="77777777" w:rsidR="005827C7" w:rsidRDefault="00000000">
      <w:pPr>
        <w:jc w:val="center"/>
      </w:pPr>
      <w:r>
        <w:rPr>
          <w:b/>
          <w:color w:val="144C91"/>
          <w:sz w:val="50"/>
        </w:rPr>
        <w:t>9. LA CANZONE DELLE MIE GAMBE</w:t>
      </w:r>
    </w:p>
    <w:p w14:paraId="7E92AC51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70B25D23" wp14:editId="05AC0E71">
            <wp:extent cx="6372000" cy="496012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1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496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2E7DBFB7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5BE9AC24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ASCOLTA LA CANZONE E RACCONTA I MOVIMENTI CON LE IMMAGINI.</w:t>
            </w:r>
          </w:p>
        </w:tc>
      </w:tr>
    </w:tbl>
    <w:p w14:paraId="293092C5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2E444D2C" w14:textId="77777777">
        <w:trPr>
          <w:jc w:val="center"/>
        </w:trPr>
        <w:tc>
          <w:tcPr>
            <w:tcW w:w="5471" w:type="dxa"/>
          </w:tcPr>
          <w:p w14:paraId="477B4763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5F6E872A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0D514E94" w14:textId="77777777" w:rsidR="005827C7" w:rsidRDefault="00000000">
      <w:pPr>
        <w:jc w:val="center"/>
      </w:pPr>
      <w:r>
        <w:rPr>
          <w:b/>
          <w:color w:val="144C91"/>
          <w:sz w:val="50"/>
        </w:rPr>
        <w:t>10. DOVE MI PORTANO LE MIE GAMBE?</w:t>
      </w:r>
    </w:p>
    <w:p w14:paraId="03404316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34B2A8F1" wp14:editId="4507FF9D">
            <wp:extent cx="6372000" cy="528361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1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528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48C00D48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535A42C3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DISEGNA O COLORA UN POSTO DOVE TI PIACE CAMMINARE.</w:t>
            </w:r>
          </w:p>
        </w:tc>
      </w:tr>
    </w:tbl>
    <w:p w14:paraId="0ACA56DB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308393F4" w14:textId="77777777">
        <w:trPr>
          <w:jc w:val="center"/>
        </w:trPr>
        <w:tc>
          <w:tcPr>
            <w:tcW w:w="5471" w:type="dxa"/>
          </w:tcPr>
          <w:p w14:paraId="0F72BEEB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4012E90E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42CFD7A0" w14:textId="77777777" w:rsidR="005827C7" w:rsidRDefault="00000000">
      <w:pPr>
        <w:jc w:val="center"/>
      </w:pPr>
      <w:r>
        <w:rPr>
          <w:b/>
          <w:color w:val="144C91"/>
          <w:sz w:val="50"/>
        </w:rPr>
        <w:t>11. COLORA LUMI IN MOVIMENTO</w:t>
      </w:r>
    </w:p>
    <w:p w14:paraId="3A8FE2C0" w14:textId="77777777" w:rsidR="005827C7" w:rsidRDefault="00000000">
      <w:pPr>
        <w:jc w:val="center"/>
      </w:pPr>
      <w:r>
        <w:rPr>
          <w:noProof/>
        </w:rPr>
        <w:drawing>
          <wp:inline distT="0" distB="0" distL="0" distR="0" wp14:anchorId="5EE6109C" wp14:editId="3B182410">
            <wp:extent cx="6372000" cy="52187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1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521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7AB71BA0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3CFAC07C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COLORA LUMI CHE CAMMINA, CORRE E SALTA.</w:t>
            </w:r>
          </w:p>
        </w:tc>
      </w:tr>
    </w:tbl>
    <w:p w14:paraId="5DABCD5F" w14:textId="77777777" w:rsidR="005827C7" w:rsidRDefault="00000000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1"/>
        <w:gridCol w:w="5471"/>
      </w:tblGrid>
      <w:tr w:rsidR="005827C7" w14:paraId="606D1F14" w14:textId="77777777">
        <w:trPr>
          <w:jc w:val="center"/>
        </w:trPr>
        <w:tc>
          <w:tcPr>
            <w:tcW w:w="5471" w:type="dxa"/>
          </w:tcPr>
          <w:p w14:paraId="22F2A648" w14:textId="77777777" w:rsidR="005827C7" w:rsidRDefault="00000000">
            <w:r>
              <w:rPr>
                <w:b/>
                <w:color w:val="194178"/>
                <w:sz w:val="22"/>
              </w:rPr>
              <w:lastRenderedPageBreak/>
              <w:t>NOME: _________________________</w:t>
            </w:r>
          </w:p>
        </w:tc>
        <w:tc>
          <w:tcPr>
            <w:tcW w:w="5471" w:type="dxa"/>
          </w:tcPr>
          <w:p w14:paraId="51E1D9CB" w14:textId="77777777" w:rsidR="005827C7" w:rsidRDefault="00000000">
            <w:r>
              <w:rPr>
                <w:b/>
                <w:color w:val="194178"/>
                <w:sz w:val="22"/>
              </w:rPr>
              <w:t>DATA: ____ / ____ / ______</w:t>
            </w:r>
          </w:p>
        </w:tc>
      </w:tr>
    </w:tbl>
    <w:p w14:paraId="554E3667" w14:textId="77777777" w:rsidR="005827C7" w:rsidRDefault="00000000">
      <w:pPr>
        <w:jc w:val="center"/>
      </w:pPr>
      <w:r>
        <w:rPr>
          <w:b/>
          <w:color w:val="144C91"/>
          <w:sz w:val="50"/>
        </w:rPr>
        <w:t>12. IL MIO PERCORSO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2C98BCB3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3489FC17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SEGUI IL PERCORSO CON IL DITO. POI DISEGNA: PARTENZA → CAMMINO → SALTO → STOP.</w:t>
            </w:r>
          </w:p>
        </w:tc>
      </w:tr>
      <w:tr w:rsidR="005827C7" w14:paraId="61CF6842" w14:textId="77777777">
        <w:trPr>
          <w:jc w:val="center"/>
        </w:trPr>
        <w:tc>
          <w:tcPr>
            <w:tcW w:w="10942" w:type="dxa"/>
            <w:tcBorders>
              <w:top w:val="single" w:sz="12" w:space="0" w:color="73B7E3"/>
              <w:left w:val="single" w:sz="12" w:space="0" w:color="73B7E3"/>
              <w:bottom w:val="single" w:sz="12" w:space="0" w:color="73B7E3"/>
              <w:right w:val="single" w:sz="12" w:space="0" w:color="73B7E3"/>
            </w:tcBorders>
          </w:tcPr>
          <w:p w14:paraId="7A8BD74C" w14:textId="77777777" w:rsidR="005827C7" w:rsidRDefault="00000000">
            <w:pPr>
              <w:jc w:val="center"/>
            </w:pPr>
            <w:r>
              <w:rPr>
                <w:b/>
                <w:color w:val="969696"/>
                <w:sz w:val="34"/>
              </w:rPr>
              <w:br/>
            </w:r>
            <w:r>
              <w:rPr>
                <w:b/>
                <w:color w:val="969696"/>
                <w:sz w:val="34"/>
              </w:rPr>
              <w:br/>
            </w:r>
            <w:r>
              <w:rPr>
                <w:b/>
                <w:color w:val="969696"/>
                <w:sz w:val="34"/>
              </w:rPr>
              <w:br/>
            </w:r>
            <w:r>
              <w:rPr>
                <w:b/>
                <w:color w:val="969696"/>
                <w:sz w:val="34"/>
              </w:rPr>
              <w:br/>
            </w:r>
            <w:r>
              <w:rPr>
                <w:b/>
                <w:color w:val="969696"/>
                <w:sz w:val="34"/>
              </w:rPr>
              <w:br/>
            </w:r>
            <w:r>
              <w:rPr>
                <w:b/>
                <w:color w:val="969696"/>
                <w:sz w:val="34"/>
              </w:rPr>
              <w:br/>
            </w:r>
            <w:r>
              <w:rPr>
                <w:b/>
                <w:color w:val="969696"/>
                <w:sz w:val="34"/>
              </w:rPr>
              <w:br/>
            </w:r>
            <w:r>
              <w:rPr>
                <w:b/>
                <w:color w:val="969696"/>
                <w:sz w:val="34"/>
              </w:rPr>
              <w:br/>
            </w:r>
            <w:r>
              <w:rPr>
                <w:b/>
                <w:color w:val="969696"/>
                <w:sz w:val="34"/>
              </w:rPr>
              <w:br/>
            </w:r>
            <w:r>
              <w:rPr>
                <w:b/>
                <w:color w:val="969696"/>
                <w:sz w:val="34"/>
              </w:rPr>
              <w:br/>
            </w:r>
            <w:r>
              <w:rPr>
                <w:b/>
                <w:color w:val="969696"/>
                <w:sz w:val="34"/>
              </w:rPr>
              <w:br/>
              <w:t>SPAZIO GRANDE PER DISEGNARE IL TUO PERCORSO</w:t>
            </w:r>
          </w:p>
        </w:tc>
      </w:tr>
    </w:tbl>
    <w:p w14:paraId="6CDF8A4F" w14:textId="77777777" w:rsidR="005827C7" w:rsidRDefault="00000000">
      <w:r>
        <w:br w:type="page"/>
      </w:r>
    </w:p>
    <w:p w14:paraId="56C9ECD6" w14:textId="77777777" w:rsidR="005827C7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282C492A" wp14:editId="45FF9172">
            <wp:extent cx="6588000" cy="122749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l_1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88000" cy="122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42"/>
      </w:tblGrid>
      <w:tr w:rsidR="005827C7" w14:paraId="7441AC96" w14:textId="77777777">
        <w:trPr>
          <w:jc w:val="center"/>
        </w:trPr>
        <w:tc>
          <w:tcPr>
            <w:tcW w:w="10942" w:type="dxa"/>
            <w:tcBorders>
              <w:top w:val="single" w:sz="10" w:space="0" w:color="69A9D2"/>
              <w:left w:val="single" w:sz="10" w:space="0" w:color="69A9D2"/>
              <w:bottom w:val="single" w:sz="10" w:space="0" w:color="69A9D2"/>
              <w:right w:val="single" w:sz="10" w:space="0" w:color="69A9D2"/>
            </w:tcBorders>
            <w:shd w:val="clear" w:color="auto" w:fill="EAF5FF"/>
          </w:tcPr>
          <w:p w14:paraId="1B8FBC90" w14:textId="77777777" w:rsidR="005827C7" w:rsidRDefault="00000000">
            <w:pPr>
              <w:jc w:val="center"/>
            </w:pPr>
            <w:r>
              <w:rPr>
                <w:b/>
                <w:color w:val="14468C"/>
                <w:sz w:val="34"/>
              </w:rPr>
              <w:t>BRAVO! HAI SCOPERTO QUANTE COSE POSSONO FARE LE TUE GAMBE.</w:t>
            </w:r>
          </w:p>
        </w:tc>
      </w:tr>
    </w:tbl>
    <w:p w14:paraId="1686F340" w14:textId="77777777" w:rsidR="005827C7" w:rsidRDefault="00000000">
      <w:pPr>
        <w:jc w:val="center"/>
      </w:pPr>
      <w:r>
        <w:rPr>
          <w:b/>
          <w:color w:val="124682"/>
        </w:rPr>
        <w:t>A CURA DELLA DOTT.SSA ANGELA RUOTOLO</w:t>
      </w:r>
      <w:r>
        <w:rPr>
          <w:b/>
          <w:color w:val="124682"/>
        </w:rPr>
        <w:br/>
      </w:r>
      <w:r>
        <w:rPr>
          <w:b/>
          <w:color w:val="124682"/>
          <w:sz w:val="24"/>
        </w:rPr>
        <w:t>DOCENTE · PEDAGOGISTA CLINICO · PSICOLOGO CLINICO</w:t>
      </w:r>
      <w:r>
        <w:rPr>
          <w:b/>
          <w:color w:val="124682"/>
          <w:sz w:val="24"/>
        </w:rPr>
        <w:br/>
        <w:t>TUTTI I DIRITTI RISERVATI</w:t>
      </w:r>
      <w:r>
        <w:rPr>
          <w:b/>
          <w:color w:val="124682"/>
          <w:sz w:val="24"/>
        </w:rPr>
        <w:br/>
      </w:r>
    </w:p>
    <w:sectPr w:rsidR="005827C7" w:rsidSect="00034616">
      <w:pgSz w:w="11906" w:h="16838"/>
      <w:pgMar w:top="425" w:right="482" w:bottom="425" w:left="4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455959">
    <w:abstractNumId w:val="8"/>
  </w:num>
  <w:num w:numId="2" w16cid:durableId="1616787469">
    <w:abstractNumId w:val="6"/>
  </w:num>
  <w:num w:numId="3" w16cid:durableId="1901011222">
    <w:abstractNumId w:val="5"/>
  </w:num>
  <w:num w:numId="4" w16cid:durableId="234829021">
    <w:abstractNumId w:val="4"/>
  </w:num>
  <w:num w:numId="5" w16cid:durableId="607616695">
    <w:abstractNumId w:val="7"/>
  </w:num>
  <w:num w:numId="6" w16cid:durableId="1469978901">
    <w:abstractNumId w:val="3"/>
  </w:num>
  <w:num w:numId="7" w16cid:durableId="142428419">
    <w:abstractNumId w:val="2"/>
  </w:num>
  <w:num w:numId="8" w16cid:durableId="1769229406">
    <w:abstractNumId w:val="1"/>
  </w:num>
  <w:num w:numId="9" w16cid:durableId="716393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27C7"/>
    <w:rsid w:val="00833E8F"/>
    <w:rsid w:val="00A215C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5101DF"/>
  <w14:defaultImageDpi w14:val="300"/>
  <w15:docId w15:val="{1E5D112E-B578-4AAF-849A-A5D2A024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RUOTOLO ANGELA</cp:lastModifiedBy>
  <cp:revision>2</cp:revision>
  <dcterms:created xsi:type="dcterms:W3CDTF">2026-08-29T07:37:00Z</dcterms:created>
  <dcterms:modified xsi:type="dcterms:W3CDTF">2026-08-29T07:37:00Z</dcterms:modified>
  <cp:category/>
</cp:coreProperties>
</file>